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3669" w14:textId="77777777" w:rsidR="001C17E4" w:rsidRPr="00260F73" w:rsidRDefault="001C17E4" w:rsidP="00F4085D">
      <w:pPr>
        <w:pStyle w:val="Title"/>
        <w:rPr>
          <w:b/>
          <w:bCs/>
          <w:sz w:val="40"/>
          <w:szCs w:val="40"/>
        </w:rPr>
      </w:pPr>
    </w:p>
    <w:p w14:paraId="1A13F9FF" w14:textId="3AEBBA48" w:rsidR="00F4085D" w:rsidRPr="00260F73" w:rsidRDefault="003729FB" w:rsidP="00B8038E">
      <w:pPr>
        <w:pStyle w:val="Title"/>
        <w:jc w:val="center"/>
        <w:rPr>
          <w:b/>
          <w:bCs/>
          <w:sz w:val="40"/>
          <w:szCs w:val="40"/>
        </w:rPr>
      </w:pPr>
      <w:r w:rsidRPr="00260F73">
        <w:rPr>
          <w:b/>
          <w:bCs/>
          <w:sz w:val="40"/>
          <w:szCs w:val="40"/>
        </w:rPr>
        <w:t xml:space="preserve">RCPI </w:t>
      </w:r>
      <w:r w:rsidR="007C0991" w:rsidRPr="00260F73">
        <w:rPr>
          <w:b/>
          <w:bCs/>
          <w:sz w:val="40"/>
          <w:szCs w:val="40"/>
        </w:rPr>
        <w:t xml:space="preserve">Higher Specialist </w:t>
      </w:r>
      <w:r w:rsidR="002D7D98" w:rsidRPr="00260F73">
        <w:rPr>
          <w:b/>
          <w:bCs/>
          <w:sz w:val="40"/>
          <w:szCs w:val="40"/>
        </w:rPr>
        <w:t>Training</w:t>
      </w:r>
      <w:r w:rsidR="007C0991" w:rsidRPr="00260F73">
        <w:rPr>
          <w:b/>
          <w:bCs/>
          <w:sz w:val="40"/>
          <w:szCs w:val="40"/>
        </w:rPr>
        <w:t>:</w:t>
      </w:r>
      <w:r w:rsidR="00F4085D" w:rsidRPr="00260F73">
        <w:rPr>
          <w:b/>
          <w:bCs/>
          <w:sz w:val="40"/>
          <w:szCs w:val="40"/>
        </w:rPr>
        <w:t xml:space="preserve"> </w:t>
      </w:r>
      <w:r w:rsidR="00260F73">
        <w:rPr>
          <w:b/>
          <w:bCs/>
          <w:sz w:val="40"/>
          <w:szCs w:val="40"/>
        </w:rPr>
        <w:t>Paediatric</w:t>
      </w:r>
      <w:r w:rsidR="002D7CE0">
        <w:rPr>
          <w:b/>
          <w:bCs/>
          <w:sz w:val="40"/>
          <w:szCs w:val="40"/>
        </w:rPr>
        <w:t xml:space="preserve"> Cardiology</w:t>
      </w:r>
    </w:p>
    <w:p w14:paraId="609CAFC3" w14:textId="0E8919FD" w:rsidR="007C0991" w:rsidRDefault="00F54DC5" w:rsidP="00F4085D">
      <w:pPr>
        <w:pStyle w:val="Title"/>
        <w:jc w:val="center"/>
        <w:rPr>
          <w:b/>
          <w:bCs/>
          <w:sz w:val="48"/>
          <w:szCs w:val="48"/>
        </w:rPr>
      </w:pPr>
      <w:r w:rsidRPr="00260F73">
        <w:rPr>
          <w:b/>
          <w:bCs/>
          <w:sz w:val="48"/>
          <w:szCs w:val="48"/>
        </w:rPr>
        <w:t>Curriculum Vitae</w:t>
      </w:r>
    </w:p>
    <w:p w14:paraId="158B37B7" w14:textId="77777777" w:rsidR="00260F73" w:rsidRPr="00260F73" w:rsidRDefault="00260F73" w:rsidP="00260F73"/>
    <w:p w14:paraId="6E5B97C0" w14:textId="59A16C94" w:rsidR="00214ECC" w:rsidRPr="00260F73" w:rsidRDefault="003729FB" w:rsidP="001C17E4">
      <w:pPr>
        <w:pStyle w:val="Heading1"/>
      </w:pPr>
      <w:r w:rsidRPr="00260F73">
        <w:t>Personal Details</w:t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7"/>
        <w:gridCol w:w="5823"/>
      </w:tblGrid>
      <w:tr w:rsidR="009E4AEB" w:rsidRPr="00260F73" w14:paraId="091518D3" w14:textId="77777777" w:rsidTr="00260F73">
        <w:tc>
          <w:tcPr>
            <w:tcW w:w="1886" w:type="pct"/>
            <w:vAlign w:val="center"/>
          </w:tcPr>
          <w:p w14:paraId="461D333E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Full Name:</w:t>
            </w:r>
          </w:p>
          <w:p w14:paraId="46EE3531" w14:textId="1A50F9B4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id w:val="-589689032"/>
            <w:placeholder>
              <w:docPart w:val="1734C0B0E50C4165979C1D1CD6EF5118"/>
            </w:placeholder>
            <w:showingPlcHdr/>
          </w:sdtPr>
          <w:sdtEndPr/>
          <w:sdtContent>
            <w:tc>
              <w:tcPr>
                <w:tcW w:w="3114" w:type="pct"/>
                <w:vAlign w:val="center"/>
              </w:tcPr>
              <w:p w14:paraId="3B7B6D19" w14:textId="14E466E6" w:rsidR="009E4AEB" w:rsidRPr="00260F73" w:rsidRDefault="001C17E4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:rsidRPr="00260F73" w14:paraId="773EA148" w14:textId="77777777" w:rsidTr="00260F73">
        <w:tc>
          <w:tcPr>
            <w:tcW w:w="1886" w:type="pct"/>
            <w:vAlign w:val="center"/>
          </w:tcPr>
          <w:p w14:paraId="62CA2F33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Medical Council (IMC) Registration Number:</w:t>
            </w:r>
          </w:p>
          <w:p w14:paraId="096607BC" w14:textId="79A3C1DB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rPr>
              <w:rStyle w:val="BodyTextChar"/>
            </w:rPr>
            <w:id w:val="-490786477"/>
            <w:placeholder>
              <w:docPart w:val="F4D6CB2241074A76A75ACE4A72F3BACA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114" w:type="pct"/>
                <w:vAlign w:val="center"/>
              </w:tcPr>
              <w:p w14:paraId="2A4369CD" w14:textId="4DD25E0D" w:rsidR="009E4AEB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:rsidRPr="00260F73" w14:paraId="36E9348D" w14:textId="77777777" w:rsidTr="00260F73">
        <w:tc>
          <w:tcPr>
            <w:tcW w:w="1886" w:type="pct"/>
            <w:vAlign w:val="center"/>
          </w:tcPr>
          <w:p w14:paraId="640B854D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Please list any prior medical registrations i.e. (GMC):</w:t>
            </w:r>
          </w:p>
          <w:p w14:paraId="38BE2FC2" w14:textId="5EE45BD4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tc>
          <w:tcPr>
            <w:tcW w:w="3114" w:type="pct"/>
            <w:vAlign w:val="center"/>
          </w:tcPr>
          <w:sdt>
            <w:sdtPr>
              <w:id w:val="658587351"/>
              <w:placeholder>
                <w:docPart w:val="5C6BE9DD57B042A78E73AE6C65AB81E9"/>
              </w:placeholder>
              <w:showingPlcHdr/>
            </w:sdtPr>
            <w:sdtEndPr/>
            <w:sdtContent>
              <w:p w14:paraId="733AEED4" w14:textId="346A6196" w:rsidR="004D6768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9E4AEB" w:rsidRPr="00260F73" w14:paraId="452C156E" w14:textId="77777777" w:rsidTr="00260F73">
        <w:tc>
          <w:tcPr>
            <w:tcW w:w="1886" w:type="pct"/>
            <w:vAlign w:val="center"/>
          </w:tcPr>
          <w:p w14:paraId="5B86263B" w14:textId="77777777" w:rsidR="009E4AEB" w:rsidRDefault="00260F73" w:rsidP="00260F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Current</w:t>
            </w:r>
            <w:r w:rsidR="009E4AEB" w:rsidRPr="00260F73">
              <w:rPr>
                <w:b/>
                <w:bCs/>
              </w:rPr>
              <w:t xml:space="preserve"> Post:</w:t>
            </w:r>
          </w:p>
          <w:p w14:paraId="2B91D0AD" w14:textId="646DAF20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id w:val="-725217108"/>
            <w:placeholder>
              <w:docPart w:val="B94FF17A7DD844238942618D220CAEE0"/>
            </w:placeholder>
            <w:showingPlcHdr/>
          </w:sdtPr>
          <w:sdtEndPr/>
          <w:sdtContent>
            <w:tc>
              <w:tcPr>
                <w:tcW w:w="3114" w:type="pct"/>
                <w:vAlign w:val="center"/>
              </w:tcPr>
              <w:p w14:paraId="13FF5351" w14:textId="76ACC4B8" w:rsidR="009E4AEB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0627E4A" w14:textId="277579A8" w:rsidR="00597958" w:rsidRPr="00260F73" w:rsidRDefault="002931FF">
      <w:r w:rsidRPr="00260F73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7D4E05" wp14:editId="64B74928">
                <wp:simplePos x="0" y="0"/>
                <wp:positionH relativeFrom="margin">
                  <wp:align>right</wp:align>
                </wp:positionH>
                <wp:positionV relativeFrom="paragraph">
                  <wp:posOffset>2677960</wp:posOffset>
                </wp:positionV>
                <wp:extent cx="5925820" cy="1404620"/>
                <wp:effectExtent l="0" t="0" r="1778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061F75" w14:textId="77777777" w:rsidR="00700CE5" w:rsidRPr="009E1E94" w:rsidRDefault="00700CE5" w:rsidP="00700CE5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</w:pPr>
                            <w:r w:rsidRPr="009E1E94"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  <w:t xml:space="preserve">Please adhere to the word limit guidelines where provided. Any word count exceeding the limit will be disregarded.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7D4E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5.4pt;margin-top:210.85pt;width:466.6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">
                <v:textbox style="mso-fit-shape-to-text:t">
                  <w:txbxContent>
                    <w:p w14:paraId="28061F75" w14:textId="77777777" w:rsidR="00700CE5" w:rsidRPr="009E1E94" w:rsidRDefault="00700CE5" w:rsidP="00700CE5">
                      <w:pPr>
                        <w:jc w:val="center"/>
                        <w:rPr>
                          <w:b/>
                          <w:bCs/>
                          <w:sz w:val="28"/>
                          <w:szCs w:val="24"/>
                        </w:rPr>
                      </w:pPr>
                      <w:r w:rsidRPr="009E1E94">
                        <w:rPr>
                          <w:b/>
                          <w:bCs/>
                          <w:sz w:val="28"/>
                          <w:szCs w:val="24"/>
                        </w:rPr>
                        <w:t xml:space="preserve">Please adhere to the word limit guidelines where provided. Any word count exceeding the limit will be disregarded.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7958" w:rsidRPr="00260F73">
        <w:br w:type="page"/>
      </w:r>
    </w:p>
    <w:p w14:paraId="27A096EA" w14:textId="56CA61F4" w:rsidR="004929C5" w:rsidRPr="004929C5" w:rsidRDefault="00260F73" w:rsidP="004929C5">
      <w:pPr>
        <w:pStyle w:val="Heading1"/>
      </w:pPr>
      <w:r>
        <w:lastRenderedPageBreak/>
        <w:t>Career Objective / Personal Statement</w:t>
      </w:r>
    </w:p>
    <w:p w14:paraId="5A599AA4" w14:textId="7C3735CE" w:rsidR="00260F73" w:rsidRDefault="00260F73" w:rsidP="00260F73">
      <w:pPr>
        <w:rPr>
          <w:b/>
          <w:bCs/>
        </w:rPr>
      </w:pPr>
      <w:r w:rsidRPr="00260F73">
        <w:rPr>
          <w:b/>
          <w:bCs/>
        </w:rPr>
        <w:t xml:space="preserve">Brief statement (250 words) outlining your motivation for a career in </w:t>
      </w:r>
      <w:r w:rsidR="002D7CE0">
        <w:rPr>
          <w:b/>
          <w:bCs/>
        </w:rPr>
        <w:t>medicine</w:t>
      </w:r>
      <w:r w:rsidRPr="00260F73">
        <w:rPr>
          <w:b/>
          <w:bCs/>
        </w:rPr>
        <w:t>, chosen specialty, and career goals within the HSE.</w:t>
      </w:r>
    </w:p>
    <w:sdt>
      <w:sdtPr>
        <w:rPr>
          <w:b/>
          <w:bCs/>
        </w:rPr>
        <w:id w:val="1461925480"/>
        <w:placeholder>
          <w:docPart w:val="D5F14FB66A15431389EB3E003A7DADB1"/>
        </w:placeholder>
        <w:showingPlcHdr/>
      </w:sdtPr>
      <w:sdtEndPr/>
      <w:sdtContent>
        <w:p w14:paraId="1C5F0DEB" w14:textId="3E4383BF" w:rsidR="00260F73" w:rsidRDefault="00260F73" w:rsidP="00260F73">
          <w:pPr>
            <w:rPr>
              <w:b/>
              <w:bCs/>
            </w:rPr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1B65F971" w14:textId="77777777" w:rsidR="00700CE5" w:rsidRDefault="00700CE5" w:rsidP="00700CE5"/>
    <w:p w14:paraId="73ED809F" w14:textId="667E6E9A" w:rsidR="00214ECC" w:rsidRPr="00260F73" w:rsidRDefault="003729FB" w:rsidP="001C17E4">
      <w:pPr>
        <w:pStyle w:val="Heading1"/>
      </w:pPr>
      <w:r w:rsidRPr="00260F73">
        <w:t>Commitment to Specialty &amp; Career Motivation</w:t>
      </w:r>
    </w:p>
    <w:p w14:paraId="3808862C" w14:textId="77777777" w:rsidR="00597958" w:rsidRPr="00260F73" w:rsidRDefault="003729FB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260F73">
        <w:rPr>
          <w:b/>
          <w:bCs/>
        </w:rPr>
        <w:t>Why are you interested in this specialty?</w:t>
      </w:r>
      <w:r w:rsidR="002D7D98" w:rsidRPr="00260F73">
        <w:rPr>
          <w:b/>
          <w:bCs/>
        </w:rPr>
        <w:t xml:space="preserve"> (200 words)</w:t>
      </w:r>
    </w:p>
    <w:p w14:paraId="63A91466" w14:textId="26842EEA" w:rsidR="00214ECC" w:rsidRPr="00260F73" w:rsidRDefault="005631AB" w:rsidP="00597958">
      <w:sdt>
        <w:sdtPr>
          <w:id w:val="-1365520692"/>
          <w:placeholder>
            <w:docPart w:val="767E5F504CE04A3283DBB5C362BF53DD"/>
          </w:placeholder>
          <w:showingPlcHdr/>
        </w:sdtPr>
        <w:sdtEndPr/>
        <w:sdtContent>
          <w:r w:rsidR="00B16633" w:rsidRPr="00260F73">
            <w:rPr>
              <w:rStyle w:val="PlaceholderText"/>
            </w:rPr>
            <w:t>Click or tap here to enter text.</w:t>
          </w:r>
        </w:sdtContent>
      </w:sdt>
    </w:p>
    <w:p w14:paraId="15D68A23" w14:textId="77777777" w:rsidR="002D7CE0" w:rsidRPr="002D7CE0" w:rsidRDefault="002D7CE0" w:rsidP="002D7CE0">
      <w:pPr>
        <w:pStyle w:val="ListParagraph"/>
        <w:numPr>
          <w:ilvl w:val="0"/>
          <w:numId w:val="14"/>
        </w:numPr>
        <w:rPr>
          <w:rFonts w:asciiTheme="minorHAnsi" w:hAnsiTheme="minorHAnsi"/>
          <w:b/>
          <w:bCs/>
          <w:sz w:val="22"/>
          <w:lang w:val="en-US"/>
        </w:rPr>
      </w:pPr>
      <w:r w:rsidRPr="002D7CE0">
        <w:rPr>
          <w:b/>
          <w:bCs/>
        </w:rPr>
        <w:t>What experiences have influenced your decision to pursue this area? (200 words)</w:t>
      </w:r>
    </w:p>
    <w:sdt>
      <w:sdtPr>
        <w:rPr>
          <w:b/>
          <w:bCs/>
        </w:rPr>
        <w:id w:val="2111695966"/>
        <w:placeholder>
          <w:docPart w:val="75FCDD7E8CBA47AF8DF1392A06827920"/>
        </w:placeholder>
        <w:showingPlcHdr/>
      </w:sdtPr>
      <w:sdtEndPr/>
      <w:sdtContent>
        <w:p w14:paraId="52DC8295" w14:textId="76616936" w:rsidR="002D7CE0" w:rsidRPr="002D7CE0" w:rsidRDefault="002D7CE0" w:rsidP="002D7CE0">
          <w:pPr>
            <w:rPr>
              <w:b/>
              <w:bCs/>
            </w:rPr>
          </w:pPr>
          <w:r w:rsidRPr="00B55134">
            <w:rPr>
              <w:rStyle w:val="PlaceholderText"/>
              <w:lang w:val="en-US"/>
            </w:rPr>
            <w:t>Click or tap here to enter text.</w:t>
          </w:r>
        </w:p>
      </w:sdtContent>
    </w:sdt>
    <w:p w14:paraId="51C12F35" w14:textId="6D1828A7" w:rsidR="00597958" w:rsidRPr="00260F73" w:rsidRDefault="003729FB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260F73">
        <w:rPr>
          <w:b/>
          <w:bCs/>
        </w:rPr>
        <w:t>What steps have you taken to build your career in this specialty? (e.g., rotations, audits,</w:t>
      </w:r>
      <w:r w:rsidRPr="00260F73">
        <w:t xml:space="preserve"> </w:t>
      </w:r>
      <w:r w:rsidRPr="00260F73">
        <w:rPr>
          <w:b/>
          <w:bCs/>
        </w:rPr>
        <w:t>courses, research)</w:t>
      </w:r>
      <w:r w:rsidR="002D7D98" w:rsidRPr="00260F73">
        <w:rPr>
          <w:b/>
          <w:bCs/>
        </w:rPr>
        <w:t xml:space="preserve"> (200 words)</w:t>
      </w:r>
    </w:p>
    <w:p w14:paraId="3E3713EA" w14:textId="000B6F80" w:rsidR="009E4AEB" w:rsidRPr="00260F73" w:rsidRDefault="005631AB" w:rsidP="00597958">
      <w:sdt>
        <w:sdtPr>
          <w:id w:val="-462970739"/>
          <w:placeholder>
            <w:docPart w:val="15FA136DFCC9400EA3643631FD9D49AC"/>
          </w:placeholder>
          <w:showingPlcHdr/>
        </w:sdtPr>
        <w:sdtEndPr/>
        <w:sdtContent>
          <w:r w:rsidR="00B16633" w:rsidRPr="00260F73">
            <w:rPr>
              <w:rStyle w:val="PlaceholderText"/>
            </w:rPr>
            <w:t>Click or tap here to enter text.</w:t>
          </w:r>
        </w:sdtContent>
      </w:sdt>
    </w:p>
    <w:p w14:paraId="6D446B95" w14:textId="1EC5124C" w:rsidR="007C3707" w:rsidRPr="00260F73" w:rsidRDefault="00260F73" w:rsidP="00260F73">
      <w:pPr>
        <w:pStyle w:val="ListParagraph"/>
        <w:numPr>
          <w:ilvl w:val="0"/>
          <w:numId w:val="14"/>
        </w:numPr>
        <w:rPr>
          <w:b/>
          <w:bCs/>
        </w:rPr>
      </w:pPr>
      <w:r w:rsidRPr="00260F73">
        <w:rPr>
          <w:b/>
          <w:bCs/>
        </w:rPr>
        <w:t>What are your short- and long-term career goals in this field? (200 words)</w:t>
      </w:r>
    </w:p>
    <w:sdt>
      <w:sdtPr>
        <w:id w:val="616039675"/>
        <w:placeholder>
          <w:docPart w:val="0650B01579224C17841E78E78C05793F"/>
        </w:placeholder>
        <w:showingPlcHdr/>
      </w:sdtPr>
      <w:sdtEndPr/>
      <w:sdtContent>
        <w:p w14:paraId="39B80081" w14:textId="30FBE651" w:rsidR="00260F73" w:rsidRPr="00260F73" w:rsidRDefault="00260F73" w:rsidP="00260F73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5EAFA203" w14:textId="77777777" w:rsidR="00700CE5" w:rsidRDefault="00700CE5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4C6806A8" w14:textId="3250BEAC" w:rsidR="002D7D98" w:rsidRPr="00260F73" w:rsidRDefault="003729FB" w:rsidP="001C17E4">
      <w:pPr>
        <w:pStyle w:val="Heading1"/>
      </w:pPr>
      <w:r w:rsidRPr="00260F73">
        <w:lastRenderedPageBreak/>
        <w:t>Medical Education &amp; Qualifications</w:t>
      </w:r>
      <w:r w:rsidR="002D7D98" w:rsidRPr="00260F73">
        <w:t xml:space="preserve"> – Including Memberships</w:t>
      </w:r>
      <w:r w:rsidR="00C7253B" w:rsidRPr="00260F73">
        <w:t xml:space="preserve"> and Courses</w:t>
      </w:r>
    </w:p>
    <w:p w14:paraId="56781151" w14:textId="77777777" w:rsidR="000A5F58" w:rsidRDefault="000A5F58" w:rsidP="000A5F58">
      <w:r>
        <w:t>(Reverse chronological order – Starting from your most recent to least)</w:t>
      </w:r>
    </w:p>
    <w:p w14:paraId="0A20EB36" w14:textId="65244DE7" w:rsidR="000A5F58" w:rsidRDefault="000A5F58" w:rsidP="000A5F58">
      <w:r>
        <w:t>Focus on paediatric relevant courses such as APLS/APEX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06"/>
        <w:gridCol w:w="1793"/>
        <w:gridCol w:w="1833"/>
        <w:gridCol w:w="1825"/>
        <w:gridCol w:w="2093"/>
      </w:tblGrid>
      <w:tr w:rsidR="002D7D98" w:rsidRPr="00260F73" w14:paraId="35B37414" w14:textId="77777777" w:rsidTr="00597958">
        <w:tc>
          <w:tcPr>
            <w:tcW w:w="966" w:type="pct"/>
            <w:vAlign w:val="center"/>
          </w:tcPr>
          <w:p w14:paraId="4C671E88" w14:textId="3B9550AC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Award</w:t>
            </w:r>
          </w:p>
        </w:tc>
        <w:tc>
          <w:tcPr>
            <w:tcW w:w="959" w:type="pct"/>
            <w:vAlign w:val="center"/>
          </w:tcPr>
          <w:p w14:paraId="2B0B3421" w14:textId="19A96826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Year</w:t>
            </w:r>
          </w:p>
        </w:tc>
        <w:tc>
          <w:tcPr>
            <w:tcW w:w="980" w:type="pct"/>
            <w:vAlign w:val="center"/>
          </w:tcPr>
          <w:p w14:paraId="67DBAA6E" w14:textId="3B3C11AA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Institution</w:t>
            </w:r>
          </w:p>
        </w:tc>
        <w:tc>
          <w:tcPr>
            <w:tcW w:w="976" w:type="pct"/>
            <w:vAlign w:val="center"/>
          </w:tcPr>
          <w:p w14:paraId="712632FF" w14:textId="7C6786CB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Result (where relevant)</w:t>
            </w:r>
          </w:p>
        </w:tc>
        <w:tc>
          <w:tcPr>
            <w:tcW w:w="1119" w:type="pct"/>
            <w:vAlign w:val="center"/>
          </w:tcPr>
          <w:p w14:paraId="617F5633" w14:textId="6987EB8D" w:rsidR="002D7D98" w:rsidRPr="00260F73" w:rsidRDefault="002D7D98" w:rsidP="00597958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</w:t>
            </w:r>
            <w:r w:rsidR="00B16633" w:rsidRPr="00260F73">
              <w:rPr>
                <w:b/>
                <w:bCs/>
              </w:rPr>
              <w:t xml:space="preserve"> </w:t>
            </w:r>
            <w:r w:rsidR="00F4085D" w:rsidRPr="00260F73">
              <w:rPr>
                <w:b/>
                <w:bCs/>
              </w:rPr>
              <w:t>A</w:t>
            </w:r>
            <w:r w:rsidR="00B16633" w:rsidRPr="00260F73">
              <w:rPr>
                <w:b/>
                <w:bCs/>
              </w:rPr>
              <w:t>ttached</w:t>
            </w:r>
          </w:p>
        </w:tc>
      </w:tr>
      <w:tr w:rsidR="002D7D98" w:rsidRPr="00260F73" w14:paraId="3A517A0A" w14:textId="77777777" w:rsidTr="00597958">
        <w:sdt>
          <w:sdtPr>
            <w:id w:val="908119073"/>
            <w:placeholder>
              <w:docPart w:val="758EF154077D4EC492E0AA02749775EE"/>
            </w:placeholder>
            <w:showingPlcHdr/>
          </w:sdtPr>
          <w:sdtEndPr/>
          <w:sdtContent>
            <w:tc>
              <w:tcPr>
                <w:tcW w:w="966" w:type="pct"/>
              </w:tcPr>
              <w:p w14:paraId="407904E6" w14:textId="7D7C9955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22730788"/>
            <w:placeholder>
              <w:docPart w:val="60444590C5F4414E83C6454885D5753D"/>
            </w:placeholder>
            <w:showingPlcHdr/>
          </w:sdtPr>
          <w:sdtEndPr/>
          <w:sdtContent>
            <w:tc>
              <w:tcPr>
                <w:tcW w:w="959" w:type="pct"/>
              </w:tcPr>
              <w:p w14:paraId="7DBDB907" w14:textId="4C9AC596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81860075"/>
            <w:placeholder>
              <w:docPart w:val="096DC268CB3744C7AF90E558EFABE7F6"/>
            </w:placeholder>
            <w:showingPlcHdr/>
          </w:sdtPr>
          <w:sdtEndPr/>
          <w:sdtContent>
            <w:tc>
              <w:tcPr>
                <w:tcW w:w="980" w:type="pct"/>
              </w:tcPr>
              <w:p w14:paraId="72703AB3" w14:textId="6E71EC00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32394641"/>
            <w:placeholder>
              <w:docPart w:val="16EE3227410F4460A6706019F08584BA"/>
            </w:placeholder>
            <w:showingPlcHdr/>
          </w:sdtPr>
          <w:sdtEndPr/>
          <w:sdtContent>
            <w:tc>
              <w:tcPr>
                <w:tcW w:w="976" w:type="pct"/>
              </w:tcPr>
              <w:p w14:paraId="5688DA4A" w14:textId="6DDA52B4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65CA4B16" w14:textId="77777777" w:rsidR="00B8038E" w:rsidRPr="00260F73" w:rsidRDefault="00B8038E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-1787340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B2B2D10" w14:textId="1CAF67AE" w:rsidR="002D7D98" w:rsidRPr="00260F73" w:rsidRDefault="00B8038E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25680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:rsidRPr="00260F73" w14:paraId="5D011A5B" w14:textId="77777777" w:rsidTr="00597958">
        <w:sdt>
          <w:sdtPr>
            <w:id w:val="91911584"/>
            <w:placeholder>
              <w:docPart w:val="35C6ADD19D0A4F7F9AA8A8D4CCB1374F"/>
            </w:placeholder>
            <w:showingPlcHdr/>
          </w:sdtPr>
          <w:sdtEndPr/>
          <w:sdtContent>
            <w:tc>
              <w:tcPr>
                <w:tcW w:w="966" w:type="pct"/>
              </w:tcPr>
              <w:p w14:paraId="62C3AD32" w14:textId="6638C231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35587923"/>
            <w:placeholder>
              <w:docPart w:val="0AD4EFDEB46F4DD3B07D7D864B6EAEB2"/>
            </w:placeholder>
            <w:showingPlcHdr/>
          </w:sdtPr>
          <w:sdtEndPr/>
          <w:sdtContent>
            <w:tc>
              <w:tcPr>
                <w:tcW w:w="959" w:type="pct"/>
              </w:tcPr>
              <w:p w14:paraId="07D82FA8" w14:textId="5BFD2166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26490040"/>
            <w:placeholder>
              <w:docPart w:val="C969D259CE28476AA1EB44B74A93B0DE"/>
            </w:placeholder>
            <w:showingPlcHdr/>
          </w:sdtPr>
          <w:sdtEndPr/>
          <w:sdtContent>
            <w:tc>
              <w:tcPr>
                <w:tcW w:w="980" w:type="pct"/>
              </w:tcPr>
              <w:p w14:paraId="0BA9075E" w14:textId="162F6E12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513618"/>
            <w:placeholder>
              <w:docPart w:val="4163D3241B974CB9999FF0EC5B4E2B21"/>
            </w:placeholder>
            <w:showingPlcHdr/>
          </w:sdtPr>
          <w:sdtEndPr/>
          <w:sdtContent>
            <w:tc>
              <w:tcPr>
                <w:tcW w:w="976" w:type="pct"/>
              </w:tcPr>
              <w:p w14:paraId="6E8C51A0" w14:textId="061DBBD0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5034CFD9" w14:textId="77777777" w:rsidR="00B8038E" w:rsidRPr="00260F73" w:rsidRDefault="00B8038E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-1520614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82454F9" w14:textId="15169319" w:rsidR="002D7D98" w:rsidRPr="00260F73" w:rsidRDefault="00B8038E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174236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:rsidRPr="00260F73" w14:paraId="183CA3AF" w14:textId="77777777" w:rsidTr="00597958">
        <w:sdt>
          <w:sdtPr>
            <w:id w:val="-1907910357"/>
            <w:placeholder>
              <w:docPart w:val="89495584885745569DDCF4FEC1482D05"/>
            </w:placeholder>
            <w:showingPlcHdr/>
          </w:sdtPr>
          <w:sdtEndPr/>
          <w:sdtContent>
            <w:tc>
              <w:tcPr>
                <w:tcW w:w="966" w:type="pct"/>
              </w:tcPr>
              <w:p w14:paraId="0E5CF259" w14:textId="2F2E8C43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28454616"/>
            <w:placeholder>
              <w:docPart w:val="66C6F6902A3B4D4CA7D745FDDA70B68A"/>
            </w:placeholder>
            <w:showingPlcHdr/>
          </w:sdtPr>
          <w:sdtEndPr/>
          <w:sdtContent>
            <w:tc>
              <w:tcPr>
                <w:tcW w:w="959" w:type="pct"/>
              </w:tcPr>
              <w:p w14:paraId="1EC9F948" w14:textId="05AC5BB2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74382817"/>
            <w:placeholder>
              <w:docPart w:val="4CD965A9EE694FECADF2476D720E7B6E"/>
            </w:placeholder>
            <w:showingPlcHdr/>
          </w:sdtPr>
          <w:sdtEndPr/>
          <w:sdtContent>
            <w:tc>
              <w:tcPr>
                <w:tcW w:w="980" w:type="pct"/>
              </w:tcPr>
              <w:p w14:paraId="456CF46E" w14:textId="0F54226E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90455234"/>
            <w:placeholder>
              <w:docPart w:val="09E232A6ADC042DB884957F020A929BA"/>
            </w:placeholder>
            <w:showingPlcHdr/>
          </w:sdtPr>
          <w:sdtEndPr/>
          <w:sdtContent>
            <w:tc>
              <w:tcPr>
                <w:tcW w:w="976" w:type="pct"/>
              </w:tcPr>
              <w:p w14:paraId="7FE9FF6A" w14:textId="3A9642D9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36CC5BCB" w14:textId="77777777" w:rsidR="00B8038E" w:rsidRPr="00260F73" w:rsidRDefault="00B8038E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1892150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EF89572" w14:textId="58EA593B" w:rsidR="002D7D98" w:rsidRPr="00260F73" w:rsidRDefault="00B8038E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1245995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-330375359"/>
          <w15:repeatingSection/>
        </w:sdtPr>
        <w:sdtEndPr/>
        <w:sdtContent>
          <w:sdt>
            <w:sdtPr>
              <w:id w:val="-798216025"/>
              <w:placeholder>
                <w:docPart w:val="DefaultPlaceholder_-1854013435"/>
              </w:placeholder>
              <w15:repeatingSectionItem/>
            </w:sdtPr>
            <w:sdtEndPr/>
            <w:sdtContent>
              <w:tr w:rsidR="002D7D98" w:rsidRPr="00260F73" w14:paraId="5CD8502D" w14:textId="77777777" w:rsidTr="00597958">
                <w:sdt>
                  <w:sdtPr>
                    <w:id w:val="-1580284213"/>
                    <w:placeholder>
                      <w:docPart w:val="3DF7FD3C5E5C4C0992D419903A5ACDD9"/>
                    </w:placeholder>
                    <w:showingPlcHdr/>
                  </w:sdtPr>
                  <w:sdtEndPr/>
                  <w:sdtContent>
                    <w:tc>
                      <w:tcPr>
                        <w:tcW w:w="966" w:type="pct"/>
                      </w:tcPr>
                      <w:p w14:paraId="69603CA0" w14:textId="31EEC6B0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305995904"/>
                    <w:placeholder>
                      <w:docPart w:val="CADFFF9D18954E1993F5C0789B03E179"/>
                    </w:placeholder>
                    <w:showingPlcHdr/>
                  </w:sdtPr>
                  <w:sdtEndPr/>
                  <w:sdtContent>
                    <w:tc>
                      <w:tcPr>
                        <w:tcW w:w="959" w:type="pct"/>
                      </w:tcPr>
                      <w:p w14:paraId="2C02ADFA" w14:textId="10A0B363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33035023"/>
                    <w:placeholder>
                      <w:docPart w:val="657F90F891404138BEF4C8B0986FE706"/>
                    </w:placeholder>
                    <w:showingPlcHdr/>
                  </w:sdtPr>
                  <w:sdtEndPr/>
                  <w:sdtContent>
                    <w:tc>
                      <w:tcPr>
                        <w:tcW w:w="980" w:type="pct"/>
                      </w:tcPr>
                      <w:p w14:paraId="7DD92037" w14:textId="133D9C36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428025460"/>
                    <w:placeholder>
                      <w:docPart w:val="C9113B8A854441D682CE5AC80AFB0860"/>
                    </w:placeholder>
                    <w:showingPlcHdr/>
                  </w:sdtPr>
                  <w:sdtEndPr/>
                  <w:sdtContent>
                    <w:tc>
                      <w:tcPr>
                        <w:tcW w:w="976" w:type="pct"/>
                      </w:tcPr>
                      <w:p w14:paraId="0DB5DA5D" w14:textId="57818F06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0A7C3A81" w14:textId="77777777" w:rsidR="00B8038E" w:rsidRPr="00260F73" w:rsidRDefault="00B8038E" w:rsidP="00B8038E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176325866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486E958" w14:textId="5ADD1B89" w:rsidR="002D7D98" w:rsidRPr="00260F73" w:rsidRDefault="00B8038E" w:rsidP="00B8038E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201120611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id w:val="-865827514"/>
              <w:placeholder>
                <w:docPart w:val="0423504971984E3CA014D7D54995C960"/>
              </w:placeholder>
              <w15:repeatingSectionItem/>
            </w:sdtPr>
            <w:sdtEndPr/>
            <w:sdtContent>
              <w:tr w:rsidR="00C95D05" w:rsidRPr="00260F73" w14:paraId="6FDD2C08" w14:textId="77777777" w:rsidTr="00597958">
                <w:sdt>
                  <w:sdtPr>
                    <w:id w:val="645398200"/>
                    <w:placeholder>
                      <w:docPart w:val="A98CC7936C024C2988776FBA2CC670BD"/>
                    </w:placeholder>
                    <w:showingPlcHdr/>
                  </w:sdtPr>
                  <w:sdtEndPr/>
                  <w:sdtContent>
                    <w:tc>
                      <w:tcPr>
                        <w:tcW w:w="966" w:type="pct"/>
                      </w:tcPr>
                      <w:p w14:paraId="0395932B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101691547"/>
                    <w:placeholder>
                      <w:docPart w:val="2E9B36F7201C45DF99CA9FA9C42900AE"/>
                    </w:placeholder>
                    <w:showingPlcHdr/>
                  </w:sdtPr>
                  <w:sdtEndPr/>
                  <w:sdtContent>
                    <w:tc>
                      <w:tcPr>
                        <w:tcW w:w="959" w:type="pct"/>
                      </w:tcPr>
                      <w:p w14:paraId="1C3B9025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489561908"/>
                    <w:placeholder>
                      <w:docPart w:val="09814CF1CD7A47D3BB560F37A96F9D58"/>
                    </w:placeholder>
                    <w:showingPlcHdr/>
                  </w:sdtPr>
                  <w:sdtEndPr/>
                  <w:sdtContent>
                    <w:tc>
                      <w:tcPr>
                        <w:tcW w:w="980" w:type="pct"/>
                      </w:tcPr>
                      <w:p w14:paraId="3415A5C5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829473414"/>
                    <w:placeholder>
                      <w:docPart w:val="7793DEAF92564508A217818A964BBBC0"/>
                    </w:placeholder>
                    <w:showingPlcHdr/>
                  </w:sdtPr>
                  <w:sdtEndPr/>
                  <w:sdtContent>
                    <w:tc>
                      <w:tcPr>
                        <w:tcW w:w="976" w:type="pct"/>
                      </w:tcPr>
                      <w:p w14:paraId="3D855799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78FDA8C5" w14:textId="77777777" w:rsidR="00B8038E" w:rsidRPr="00260F73" w:rsidRDefault="00B8038E" w:rsidP="00B8038E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-115059411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3F7E6B0A" w14:textId="364082AE" w:rsidR="00C95D05" w:rsidRPr="00260F73" w:rsidRDefault="00B8038E" w:rsidP="00B8038E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167001509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4DA5A25E" w14:textId="77777777" w:rsidR="00700CE5" w:rsidRDefault="00700CE5" w:rsidP="00700CE5"/>
    <w:p w14:paraId="75B4FEB0" w14:textId="12E74743" w:rsidR="3FE541D5" w:rsidRPr="00260F73" w:rsidRDefault="002D7D98" w:rsidP="001C17E4">
      <w:pPr>
        <w:pStyle w:val="Heading1"/>
      </w:pPr>
      <w:r w:rsidRPr="00260F73">
        <w:t>Current Professional Registrations</w:t>
      </w:r>
      <w:r w:rsidR="00F4085D" w:rsidRPr="00260F73">
        <w:t xml:space="preserve"> </w:t>
      </w:r>
      <w:r w:rsidR="2D96377B" w:rsidRPr="00260F73">
        <w:t>(IMC, GMC, etc)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00"/>
        <w:gridCol w:w="1350"/>
        <w:gridCol w:w="1530"/>
        <w:gridCol w:w="1825"/>
        <w:gridCol w:w="1472"/>
        <w:gridCol w:w="1773"/>
      </w:tblGrid>
      <w:tr w:rsidR="002D7D98" w:rsidRPr="00260F73" w14:paraId="1972A308" w14:textId="77777777" w:rsidTr="002E140B">
        <w:tc>
          <w:tcPr>
            <w:tcW w:w="749" w:type="pct"/>
            <w:vAlign w:val="center"/>
          </w:tcPr>
          <w:p w14:paraId="2D6CA276" w14:textId="77777777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Award</w:t>
            </w:r>
          </w:p>
        </w:tc>
        <w:tc>
          <w:tcPr>
            <w:tcW w:w="722" w:type="pct"/>
            <w:vAlign w:val="center"/>
          </w:tcPr>
          <w:p w14:paraId="3BA16062" w14:textId="77777777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Year</w:t>
            </w:r>
          </w:p>
        </w:tc>
        <w:tc>
          <w:tcPr>
            <w:tcW w:w="818" w:type="pct"/>
            <w:vAlign w:val="center"/>
          </w:tcPr>
          <w:p w14:paraId="48D6EE85" w14:textId="52C3B1E7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Registration or Membership number</w:t>
            </w:r>
          </w:p>
        </w:tc>
        <w:tc>
          <w:tcPr>
            <w:tcW w:w="976" w:type="pct"/>
            <w:vAlign w:val="center"/>
          </w:tcPr>
          <w:p w14:paraId="38FB6F70" w14:textId="64C19A9D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Professional Body/Regulator</w:t>
            </w:r>
          </w:p>
        </w:tc>
        <w:tc>
          <w:tcPr>
            <w:tcW w:w="787" w:type="pct"/>
            <w:vAlign w:val="center"/>
          </w:tcPr>
          <w:p w14:paraId="6CAB59A6" w14:textId="7027AE7D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Good Standing Status</w:t>
            </w:r>
          </w:p>
        </w:tc>
        <w:tc>
          <w:tcPr>
            <w:tcW w:w="948" w:type="pct"/>
            <w:vAlign w:val="center"/>
          </w:tcPr>
          <w:p w14:paraId="0662DADA" w14:textId="182D7738" w:rsidR="002D7D98" w:rsidRPr="00260F73" w:rsidRDefault="002D7D98" w:rsidP="00597958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</w:t>
            </w:r>
            <w:r w:rsidR="00F4085D" w:rsidRPr="00260F73">
              <w:rPr>
                <w:b/>
                <w:bCs/>
              </w:rPr>
              <w:t xml:space="preserve"> Attached</w:t>
            </w:r>
          </w:p>
        </w:tc>
      </w:tr>
      <w:tr w:rsidR="002D7D98" w:rsidRPr="00260F73" w14:paraId="41C6CEE2" w14:textId="77777777" w:rsidTr="002E140B">
        <w:sdt>
          <w:sdtPr>
            <w:id w:val="483131998"/>
            <w:placeholder>
              <w:docPart w:val="872FF4CA11794B8A841DB2220DF10EA6"/>
            </w:placeholder>
            <w:showingPlcHdr/>
          </w:sdtPr>
          <w:sdtEndPr/>
          <w:sdtContent>
            <w:tc>
              <w:tcPr>
                <w:tcW w:w="749" w:type="pct"/>
              </w:tcPr>
              <w:p w14:paraId="5DE52878" w14:textId="705B3DA5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22032356"/>
            <w:placeholder>
              <w:docPart w:val="4E97BD512F134974B65EC5CE1A1FFA5C"/>
            </w:placeholder>
            <w:showingPlcHdr/>
          </w:sdtPr>
          <w:sdtEndPr/>
          <w:sdtContent>
            <w:tc>
              <w:tcPr>
                <w:tcW w:w="722" w:type="pct"/>
              </w:tcPr>
              <w:p w14:paraId="3B4E7722" w14:textId="48736194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041407279"/>
            <w:placeholder>
              <w:docPart w:val="43C24FC1DD4E4C25906C3761C0E444F2"/>
            </w:placeholder>
            <w:showingPlcHdr/>
          </w:sdtPr>
          <w:sdtEndPr/>
          <w:sdtContent>
            <w:tc>
              <w:tcPr>
                <w:tcW w:w="818" w:type="pct"/>
              </w:tcPr>
              <w:p w14:paraId="4433956D" w14:textId="37C027FA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3204762"/>
            <w:placeholder>
              <w:docPart w:val="6E5B51F8A20C49259CB13015EB121389"/>
            </w:placeholder>
            <w:showingPlcHdr/>
          </w:sdtPr>
          <w:sdtEndPr/>
          <w:sdtContent>
            <w:tc>
              <w:tcPr>
                <w:tcW w:w="976" w:type="pct"/>
              </w:tcPr>
              <w:p w14:paraId="4C3D30A3" w14:textId="7A36AFB5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89550416"/>
            <w:placeholder>
              <w:docPart w:val="ACA81B7FEB124004A04A95F11ADBD7A7"/>
            </w:placeholder>
            <w:showingPlcHdr/>
          </w:sdtPr>
          <w:sdtEndPr/>
          <w:sdtContent>
            <w:tc>
              <w:tcPr>
                <w:tcW w:w="787" w:type="pct"/>
              </w:tcPr>
              <w:p w14:paraId="4E8C2E90" w14:textId="2B1B9F91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019818F" w14:textId="77777777" w:rsidR="001B2E81" w:rsidRPr="00260F73" w:rsidRDefault="001B2E81" w:rsidP="00597958">
            <w:pPr>
              <w:jc w:val="center"/>
            </w:pPr>
            <w:r w:rsidRPr="00260F73">
              <w:t xml:space="preserve">Yes </w:t>
            </w:r>
            <w:sdt>
              <w:sdtPr>
                <w:id w:val="-1966805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9703C51" w14:textId="668C266B" w:rsidR="002D7D98" w:rsidRPr="00260F73" w:rsidRDefault="001B2E81" w:rsidP="00597958">
            <w:pPr>
              <w:jc w:val="center"/>
            </w:pPr>
            <w:r w:rsidRPr="00260F73">
              <w:t xml:space="preserve">No </w:t>
            </w:r>
            <w:sdt>
              <w:sdtPr>
                <w:id w:val="-1393879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 xml:space="preserve"> </w:t>
            </w:r>
          </w:p>
        </w:tc>
      </w:tr>
      <w:tr w:rsidR="00B16633" w:rsidRPr="00260F73" w14:paraId="5CF6427D" w14:textId="77777777" w:rsidTr="002E140B">
        <w:sdt>
          <w:sdtPr>
            <w:id w:val="1117254231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749" w:type="pct"/>
              </w:tcPr>
              <w:p w14:paraId="1F6A3CE1" w14:textId="0D7E4A4E" w:rsidR="00B16633" w:rsidRPr="00260F73" w:rsidRDefault="00B16633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481267477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722" w:type="pct"/>
              </w:tcPr>
              <w:p w14:paraId="49AE3929" w14:textId="00B7711A" w:rsidR="00B16633" w:rsidRPr="00260F73" w:rsidRDefault="00700CE5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797141339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818" w:type="pct"/>
              </w:tcPr>
              <w:p w14:paraId="3BD3C74A" w14:textId="532A49FD" w:rsidR="00B16633" w:rsidRPr="00260F73" w:rsidRDefault="00700CE5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87439813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976" w:type="pct"/>
              </w:tcPr>
              <w:p w14:paraId="46914337" w14:textId="56959207" w:rsidR="00B16633" w:rsidRPr="00260F73" w:rsidRDefault="00700CE5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375810897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787" w:type="pct"/>
              </w:tcPr>
              <w:p w14:paraId="4DCC6CF2" w14:textId="4FC85104" w:rsidR="00B16633" w:rsidRPr="00260F73" w:rsidRDefault="00700CE5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8A6E352" w14:textId="77777777" w:rsidR="001B2E81" w:rsidRPr="00260F73" w:rsidRDefault="001B2E81" w:rsidP="001B2E81">
            <w:pPr>
              <w:jc w:val="center"/>
            </w:pPr>
            <w:r w:rsidRPr="00260F73">
              <w:t xml:space="preserve">Yes </w:t>
            </w:r>
            <w:sdt>
              <w:sdtPr>
                <w:id w:val="704525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67C6332" w14:textId="556B6FB1" w:rsidR="00B16633" w:rsidRPr="00260F73" w:rsidRDefault="001B2E81" w:rsidP="001B2E81">
            <w:pPr>
              <w:jc w:val="center"/>
            </w:pPr>
            <w:r w:rsidRPr="00260F73">
              <w:t xml:space="preserve">No </w:t>
            </w:r>
            <w:sdt>
              <w:sdtPr>
                <w:id w:val="-63849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16633" w:rsidRPr="00260F73" w14:paraId="4F6A290C" w14:textId="77777777" w:rsidTr="002E140B">
        <w:sdt>
          <w:sdtPr>
            <w:id w:val="1476033184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749" w:type="pct"/>
              </w:tcPr>
              <w:p w14:paraId="15160684" w14:textId="3068EB49" w:rsidR="00B16633" w:rsidRPr="00260F73" w:rsidRDefault="00B16633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9758554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722" w:type="pct"/>
              </w:tcPr>
              <w:p w14:paraId="0904B07A" w14:textId="4E784D8F" w:rsidR="00B16633" w:rsidRPr="00260F73" w:rsidRDefault="00700CE5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896020294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818" w:type="pct"/>
              </w:tcPr>
              <w:p w14:paraId="13F2E67B" w14:textId="4FA53D95" w:rsidR="00B16633" w:rsidRPr="00260F73" w:rsidRDefault="00700CE5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99177780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976" w:type="pct"/>
              </w:tcPr>
              <w:p w14:paraId="6880ABF6" w14:textId="1A537D64" w:rsidR="00B16633" w:rsidRPr="00260F73" w:rsidRDefault="00700CE5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00342745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787" w:type="pct"/>
              </w:tcPr>
              <w:p w14:paraId="2B51EDCF" w14:textId="59B199D8" w:rsidR="00B16633" w:rsidRPr="00260F73" w:rsidRDefault="00700CE5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651296AA" w14:textId="77777777" w:rsidR="001B2E81" w:rsidRPr="00260F73" w:rsidRDefault="001B2E81" w:rsidP="001B2E81">
            <w:pPr>
              <w:jc w:val="center"/>
            </w:pPr>
            <w:r w:rsidRPr="00260F73">
              <w:t xml:space="preserve">Yes </w:t>
            </w:r>
            <w:sdt>
              <w:sdtPr>
                <w:id w:val="72673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11CF831" w14:textId="152AD978" w:rsidR="00B16633" w:rsidRPr="00260F73" w:rsidRDefault="001B2E81" w:rsidP="001B2E81">
            <w:pPr>
              <w:jc w:val="center"/>
            </w:pPr>
            <w:r w:rsidRPr="00260F73">
              <w:t xml:space="preserve">No </w:t>
            </w:r>
            <w:sdt>
              <w:sdtPr>
                <w:id w:val="1576017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874125203"/>
          <w15:repeatingSection/>
        </w:sdtPr>
        <w:sdtEndPr/>
        <w:sdtContent>
          <w:sdt>
            <w:sdtPr>
              <w:id w:val="-709956330"/>
              <w:placeholder>
                <w:docPart w:val="DefaultPlaceholder_-1854013435"/>
              </w:placeholder>
              <w15:repeatingSectionItem/>
            </w:sdtPr>
            <w:sdtEndPr/>
            <w:sdtContent>
              <w:tr w:rsidR="00B16633" w:rsidRPr="00260F73" w14:paraId="788C3D77" w14:textId="77777777" w:rsidTr="002E140B">
                <w:sdt>
                  <w:sdtPr>
                    <w:id w:val="1184713080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749" w:type="pct"/>
                      </w:tcPr>
                      <w:p w14:paraId="220FAB30" w14:textId="7FD7EF89" w:rsidR="00B16633" w:rsidRPr="00260F73" w:rsidRDefault="00B16633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783115795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722" w:type="pct"/>
                      </w:tcPr>
                      <w:p w14:paraId="4E270E41" w14:textId="0F2BD4B4" w:rsidR="00B16633" w:rsidRPr="00260F73" w:rsidRDefault="00700CE5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958856168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818" w:type="pct"/>
                      </w:tcPr>
                      <w:p w14:paraId="4B5AA7D5" w14:textId="39215A0C" w:rsidR="00B16633" w:rsidRPr="00260F73" w:rsidRDefault="00700CE5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5542618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976" w:type="pct"/>
                      </w:tcPr>
                      <w:p w14:paraId="6FE57682" w14:textId="49298EA3" w:rsidR="00B16633" w:rsidRPr="00260F73" w:rsidRDefault="00700CE5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2081815259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787" w:type="pct"/>
                      </w:tcPr>
                      <w:p w14:paraId="51005B27" w14:textId="17B06388" w:rsidR="00B16633" w:rsidRPr="00260F73" w:rsidRDefault="00700CE5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948" w:type="pct"/>
                    <w:vAlign w:val="center"/>
                  </w:tcPr>
                  <w:p w14:paraId="68DBCCD3" w14:textId="77777777" w:rsidR="001B2E81" w:rsidRPr="00260F73" w:rsidRDefault="001B2E81" w:rsidP="001B2E81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133865995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5B5BFD0" w14:textId="718469B3" w:rsidR="00B16633" w:rsidRPr="00260F73" w:rsidRDefault="001B2E81" w:rsidP="001B2E81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16224142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14AD253B" w14:textId="77777777" w:rsidR="00214ECC" w:rsidRPr="00260F73" w:rsidRDefault="003729FB" w:rsidP="001C17E4">
      <w:pPr>
        <w:pStyle w:val="Heading1"/>
      </w:pPr>
      <w:r w:rsidRPr="00260F73">
        <w:lastRenderedPageBreak/>
        <w:t>Clinical Employment History</w:t>
      </w:r>
    </w:p>
    <w:p w14:paraId="5179FB9C" w14:textId="564BE81F" w:rsidR="00214ECC" w:rsidRPr="00260F73" w:rsidRDefault="003729FB">
      <w:r w:rsidRPr="00260F73">
        <w:t>(Reverse chronological order</w:t>
      </w:r>
      <w:r w:rsidR="000A5F58">
        <w:t xml:space="preserve"> – starting from your most recent to least</w:t>
      </w:r>
      <w:r w:rsidRPr="00260F73"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2E140B" w:rsidRPr="00260F73" w14:paraId="2D16504D" w14:textId="77777777" w:rsidTr="00E70F08">
        <w:tc>
          <w:tcPr>
            <w:tcW w:w="9350" w:type="dxa"/>
            <w:gridSpan w:val="2"/>
          </w:tcPr>
          <w:p w14:paraId="57CB4B58" w14:textId="3BAAFB61" w:rsidR="002E140B" w:rsidRPr="00260F73" w:rsidRDefault="002E140B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686753930"/>
                <w:placeholder>
                  <w:docPart w:val="AB27C8C8D90949D99B80C3BCC40C6DB1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97958" w:rsidRPr="00260F73" w14:paraId="20EAB3EC" w14:textId="77777777" w:rsidTr="002E140B">
        <w:tc>
          <w:tcPr>
            <w:tcW w:w="2547" w:type="dxa"/>
          </w:tcPr>
          <w:p w14:paraId="4C1371F0" w14:textId="773A0F9E" w:rsidR="00597958" w:rsidRPr="00260F73" w:rsidRDefault="002E140B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440499352"/>
            <w:placeholder>
              <w:docPart w:val="BE6BAA36B4CE46CCBA1107A2CA863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2106E778" w14:textId="1DAEE8EA" w:rsidR="00597958" w:rsidRPr="00260F73" w:rsidRDefault="002E140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:rsidRPr="00260F73" w14:paraId="09CE63E9" w14:textId="77777777" w:rsidTr="002E140B">
        <w:tc>
          <w:tcPr>
            <w:tcW w:w="2547" w:type="dxa"/>
          </w:tcPr>
          <w:p w14:paraId="67052997" w14:textId="449E67BD" w:rsidR="00597958" w:rsidRPr="00260F73" w:rsidRDefault="002E140B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2124885619"/>
            <w:placeholder>
              <w:docPart w:val="98F3A9EE91754E259AFD2F141BD88EC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4C198349" w14:textId="208FC157" w:rsidR="00597958" w:rsidRPr="00260F73" w:rsidRDefault="002E140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:rsidRPr="00260F73" w14:paraId="423BA94B" w14:textId="77777777" w:rsidTr="002E140B">
        <w:tc>
          <w:tcPr>
            <w:tcW w:w="2547" w:type="dxa"/>
          </w:tcPr>
          <w:p w14:paraId="4DDB93B2" w14:textId="7F833D2D" w:rsidR="00597958" w:rsidRPr="00260F73" w:rsidRDefault="002E140B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1546410146"/>
            <w:placeholder>
              <w:docPart w:val="A562792367E244C2B52C13434E400DB2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7BBDFA63" w14:textId="4FCAA322" w:rsidR="00597958" w:rsidRPr="00260F73" w:rsidRDefault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958" w:rsidRPr="00260F73" w14:paraId="6A2FA343" w14:textId="77777777" w:rsidTr="002E140B">
        <w:tc>
          <w:tcPr>
            <w:tcW w:w="2547" w:type="dxa"/>
          </w:tcPr>
          <w:p w14:paraId="05DA6982" w14:textId="689D0E30" w:rsidR="00597958" w:rsidRPr="00260F73" w:rsidRDefault="002E140B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-1410228021"/>
            <w:placeholder>
              <w:docPart w:val="7E217E49FF2B4BCCB4F3ACCCBA862056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270E49BD" w14:textId="7ED909CB" w:rsidR="00597958" w:rsidRPr="00260F73" w:rsidRDefault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3B6D8532" w14:textId="77777777" w:rsidTr="002E140B">
        <w:tc>
          <w:tcPr>
            <w:tcW w:w="2547" w:type="dxa"/>
            <w:vAlign w:val="center"/>
          </w:tcPr>
          <w:p w14:paraId="1A6FF483" w14:textId="5F5E73E1" w:rsidR="002E140B" w:rsidRPr="00260F73" w:rsidRDefault="002E140B" w:rsidP="002E140B">
            <w:proofErr w:type="gramStart"/>
            <w:r w:rsidRPr="00260F73">
              <w:rPr>
                <w:b/>
                <w:bCs/>
              </w:rPr>
              <w:t>Sub Specialty</w:t>
            </w:r>
            <w:proofErr w:type="gramEnd"/>
            <w:r w:rsidRPr="00260F73">
              <w:rPr>
                <w:b/>
                <w:bCs/>
              </w:rPr>
              <w:t xml:space="preserve"> (where applicable</w:t>
            </w:r>
          </w:p>
        </w:tc>
        <w:sdt>
          <w:sdtPr>
            <w:id w:val="1231271951"/>
            <w:placeholder>
              <w:docPart w:val="A6B6B6169038418C8F137F03A3BAC3E6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54041384" w14:textId="42470ED5" w:rsidR="002E140B" w:rsidRPr="00260F73" w:rsidRDefault="002E140B" w:rsidP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3223303B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60818E58" w14:textId="4F1E665E" w:rsidR="002E140B" w:rsidRPr="00260F73" w:rsidRDefault="002E140B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1542626127"/>
            <w:placeholder>
              <w:docPart w:val="BA84038C5BAB4BC98BCFD7720888F4EA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653EB7EF" w14:textId="1922AE72" w:rsidR="002E140B" w:rsidRPr="00260F73" w:rsidRDefault="002E140B" w:rsidP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75158259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7BB683" w14:textId="55E3245A" w:rsidR="002E140B" w:rsidRPr="00260F73" w:rsidRDefault="002E140B" w:rsidP="002E140B"/>
        </w:tc>
      </w:tr>
      <w:tr w:rsidR="002E140B" w:rsidRPr="00260F73" w14:paraId="11904FE7" w14:textId="77777777" w:rsidTr="00E70F08">
        <w:tc>
          <w:tcPr>
            <w:tcW w:w="9350" w:type="dxa"/>
            <w:gridSpan w:val="2"/>
          </w:tcPr>
          <w:p w14:paraId="17040DC0" w14:textId="4CDFCC2D" w:rsidR="002E140B" w:rsidRPr="00260F73" w:rsidRDefault="002E140B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1236849598"/>
                <w:placeholder>
                  <w:docPart w:val="2A85F1BB5E59479D91B2E845B74103B1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E140B" w:rsidRPr="00260F73" w14:paraId="0D159708" w14:textId="77777777" w:rsidTr="002E140B">
        <w:tc>
          <w:tcPr>
            <w:tcW w:w="2547" w:type="dxa"/>
          </w:tcPr>
          <w:p w14:paraId="6855F987" w14:textId="77777777" w:rsidR="002E140B" w:rsidRPr="00260F73" w:rsidRDefault="002E140B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1122346841"/>
            <w:placeholder>
              <w:docPart w:val="734A0FEE22AB4D08A85FAFBB84445CB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45529B1E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:rsidRPr="00260F73" w14:paraId="3FF24D13" w14:textId="77777777" w:rsidTr="002E140B">
        <w:tc>
          <w:tcPr>
            <w:tcW w:w="2547" w:type="dxa"/>
          </w:tcPr>
          <w:p w14:paraId="104FCC2D" w14:textId="77777777" w:rsidR="002E140B" w:rsidRPr="00260F73" w:rsidRDefault="002E140B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1682545086"/>
            <w:placeholder>
              <w:docPart w:val="3AE69983638E496B87E186B118E83D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60588BA6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:rsidRPr="00260F73" w14:paraId="15579743" w14:textId="77777777" w:rsidTr="002E140B">
        <w:tc>
          <w:tcPr>
            <w:tcW w:w="2547" w:type="dxa"/>
          </w:tcPr>
          <w:p w14:paraId="4D83AFB6" w14:textId="77777777" w:rsidR="002E140B" w:rsidRPr="00260F73" w:rsidRDefault="002E140B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2074315478"/>
            <w:placeholder>
              <w:docPart w:val="4E1B8BE8E635423EB269141E9E2912AC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4FF8C2D7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48B155F2" w14:textId="77777777" w:rsidTr="002E140B">
        <w:tc>
          <w:tcPr>
            <w:tcW w:w="2547" w:type="dxa"/>
          </w:tcPr>
          <w:p w14:paraId="5C52A10E" w14:textId="77777777" w:rsidR="002E140B" w:rsidRPr="00260F73" w:rsidRDefault="002E140B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2138367119"/>
            <w:placeholder>
              <w:docPart w:val="522C19E6AA2346A4966003129C441C2C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68F98D5F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090BAA34" w14:textId="77777777" w:rsidTr="002E140B">
        <w:tc>
          <w:tcPr>
            <w:tcW w:w="2547" w:type="dxa"/>
            <w:vAlign w:val="center"/>
          </w:tcPr>
          <w:p w14:paraId="563AF5FC" w14:textId="77777777" w:rsidR="002E140B" w:rsidRPr="00260F73" w:rsidRDefault="002E140B" w:rsidP="002E140B">
            <w:proofErr w:type="gramStart"/>
            <w:r w:rsidRPr="00260F73">
              <w:rPr>
                <w:b/>
                <w:bCs/>
              </w:rPr>
              <w:t>Sub Specialty</w:t>
            </w:r>
            <w:proofErr w:type="gramEnd"/>
            <w:r w:rsidRPr="00260F73">
              <w:rPr>
                <w:b/>
                <w:bCs/>
              </w:rPr>
              <w:t xml:space="preserve"> (where applicable</w:t>
            </w:r>
          </w:p>
        </w:tc>
        <w:sdt>
          <w:sdtPr>
            <w:id w:val="-1212111084"/>
            <w:placeholder>
              <w:docPart w:val="DC6DBC8E8B3947CB8F9195F36B67D85A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2EFBB2EB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1680F5A1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1F8D55A6" w14:textId="77777777" w:rsidR="002E140B" w:rsidRPr="00260F73" w:rsidRDefault="002E140B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274300943"/>
            <w:placeholder>
              <w:docPart w:val="49487EF4E50B45EF8F8DF0A58099CB09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0C1B8318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1CBA9A3D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5BE705" w14:textId="407468A8" w:rsidR="002E140B" w:rsidRPr="00260F73" w:rsidRDefault="002E140B" w:rsidP="002E140B"/>
        </w:tc>
      </w:tr>
      <w:tr w:rsidR="00700CE5" w:rsidRPr="00260F73" w14:paraId="3305A5D8" w14:textId="77777777" w:rsidTr="00E70F08">
        <w:tc>
          <w:tcPr>
            <w:tcW w:w="9350" w:type="dxa"/>
            <w:gridSpan w:val="2"/>
          </w:tcPr>
          <w:p w14:paraId="4F6D6698" w14:textId="1247C38D" w:rsidR="00700CE5" w:rsidRPr="00260F73" w:rsidRDefault="00700CE5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958836349"/>
                <w:placeholder>
                  <w:docPart w:val="8C39FE935B5F4135BE95899E6F928761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700CE5" w:rsidRPr="00260F73" w14:paraId="2DBFD61B" w14:textId="77777777" w:rsidTr="002E140B">
        <w:tc>
          <w:tcPr>
            <w:tcW w:w="2547" w:type="dxa"/>
          </w:tcPr>
          <w:p w14:paraId="7AB81406" w14:textId="77777777" w:rsidR="00700CE5" w:rsidRPr="00260F73" w:rsidRDefault="00700CE5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1406805519"/>
            <w:placeholder>
              <w:docPart w:val="8AF20629DF794E8490503CFF87420AAB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02E5321B" w14:textId="77777777" w:rsidR="00700CE5" w:rsidRPr="00260F73" w:rsidRDefault="00700CE5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00CE5" w:rsidRPr="00260F73" w14:paraId="137B166B" w14:textId="77777777" w:rsidTr="002E140B">
        <w:tc>
          <w:tcPr>
            <w:tcW w:w="2547" w:type="dxa"/>
          </w:tcPr>
          <w:p w14:paraId="3385884D" w14:textId="77777777" w:rsidR="00700CE5" w:rsidRPr="00260F73" w:rsidRDefault="00700CE5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1528371606"/>
            <w:placeholder>
              <w:docPart w:val="7C52EC37A1804A43AEACAA9CDDBDA7E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24CACF2F" w14:textId="77777777" w:rsidR="00700CE5" w:rsidRPr="00260F73" w:rsidRDefault="00700CE5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00CE5" w:rsidRPr="00260F73" w14:paraId="4E2B3F31" w14:textId="77777777" w:rsidTr="002E140B">
        <w:tc>
          <w:tcPr>
            <w:tcW w:w="2547" w:type="dxa"/>
          </w:tcPr>
          <w:p w14:paraId="7417C043" w14:textId="77777777" w:rsidR="00700CE5" w:rsidRPr="00260F73" w:rsidRDefault="00700CE5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-360135899"/>
            <w:placeholder>
              <w:docPart w:val="FAD70FDA92D94E518B5D6852FFE94FB4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4E37CFC9" w14:textId="77777777" w:rsidR="00700CE5" w:rsidRPr="00260F73" w:rsidRDefault="00700CE5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6085CB49" w14:textId="77777777" w:rsidTr="002E140B">
        <w:tc>
          <w:tcPr>
            <w:tcW w:w="2547" w:type="dxa"/>
          </w:tcPr>
          <w:p w14:paraId="6C24073A" w14:textId="77777777" w:rsidR="00700CE5" w:rsidRPr="00260F73" w:rsidRDefault="00700CE5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-1194688706"/>
            <w:placeholder>
              <w:docPart w:val="08307F08047F438481E7FF6FE3352021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3D362066" w14:textId="77777777" w:rsidR="00700CE5" w:rsidRPr="00260F73" w:rsidRDefault="00700CE5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092F08C9" w14:textId="77777777" w:rsidTr="002E140B">
        <w:tc>
          <w:tcPr>
            <w:tcW w:w="2547" w:type="dxa"/>
            <w:vAlign w:val="center"/>
          </w:tcPr>
          <w:p w14:paraId="07D48E62" w14:textId="77777777" w:rsidR="00700CE5" w:rsidRPr="00260F73" w:rsidRDefault="00700CE5" w:rsidP="002E140B">
            <w:proofErr w:type="gramStart"/>
            <w:r w:rsidRPr="00260F73">
              <w:rPr>
                <w:b/>
                <w:bCs/>
              </w:rPr>
              <w:t>Sub Specialty</w:t>
            </w:r>
            <w:proofErr w:type="gramEnd"/>
            <w:r w:rsidRPr="00260F73">
              <w:rPr>
                <w:b/>
                <w:bCs/>
              </w:rPr>
              <w:t xml:space="preserve"> (where applicable</w:t>
            </w:r>
          </w:p>
        </w:tc>
        <w:sdt>
          <w:sdtPr>
            <w:id w:val="-799618431"/>
            <w:placeholder>
              <w:docPart w:val="E0DE42F6AA224C40803236C20997D215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0066F76F" w14:textId="77777777" w:rsidR="00700CE5" w:rsidRPr="00260F73" w:rsidRDefault="00700CE5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5F71BD37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6C70C7FB" w14:textId="77777777" w:rsidR="00700CE5" w:rsidRPr="00260F73" w:rsidRDefault="00700CE5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640461949"/>
            <w:placeholder>
              <w:docPart w:val="5DAA879AD2CD42CAB979D7CF254A165F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3DB4E2E8" w14:textId="77777777" w:rsidR="00700CE5" w:rsidRPr="00260F73" w:rsidRDefault="00700CE5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7FE220C6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74C624" w14:textId="33BA6F2C" w:rsidR="00700CE5" w:rsidRPr="00260F73" w:rsidRDefault="00700CE5" w:rsidP="002E140B"/>
        </w:tc>
      </w:tr>
      <w:tr w:rsidR="00700CE5" w:rsidRPr="00260F73" w14:paraId="41399AF3" w14:textId="77777777" w:rsidTr="00E70F08">
        <w:tc>
          <w:tcPr>
            <w:tcW w:w="9350" w:type="dxa"/>
            <w:gridSpan w:val="2"/>
          </w:tcPr>
          <w:p w14:paraId="51D3B0FC" w14:textId="1EF679AF" w:rsidR="00700CE5" w:rsidRPr="00260F73" w:rsidRDefault="00700CE5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304439697"/>
                <w:placeholder>
                  <w:docPart w:val="214F6E01BF71430BABA2DC4186910371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700CE5" w:rsidRPr="00260F73" w14:paraId="14500B3D" w14:textId="77777777" w:rsidTr="002E140B">
        <w:tc>
          <w:tcPr>
            <w:tcW w:w="2547" w:type="dxa"/>
          </w:tcPr>
          <w:p w14:paraId="59FA293A" w14:textId="77777777" w:rsidR="00700CE5" w:rsidRPr="00260F73" w:rsidRDefault="00700CE5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1154329919"/>
            <w:placeholder>
              <w:docPart w:val="D8E7CE34803E4050A28F087B516FF587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6D0C84D0" w14:textId="77777777" w:rsidR="00700CE5" w:rsidRPr="00260F73" w:rsidRDefault="00700CE5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00CE5" w:rsidRPr="00260F73" w14:paraId="19B38CC3" w14:textId="77777777" w:rsidTr="002E140B">
        <w:tc>
          <w:tcPr>
            <w:tcW w:w="2547" w:type="dxa"/>
          </w:tcPr>
          <w:p w14:paraId="5DCBD762" w14:textId="77777777" w:rsidR="00700CE5" w:rsidRPr="00260F73" w:rsidRDefault="00700CE5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-1356719997"/>
            <w:placeholder>
              <w:docPart w:val="A7A1677AEEBE47878FC213BD6023F1C1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7012BB97" w14:textId="77777777" w:rsidR="00700CE5" w:rsidRPr="00260F73" w:rsidRDefault="00700CE5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00CE5" w:rsidRPr="00260F73" w14:paraId="6CC064DC" w14:textId="77777777" w:rsidTr="002E140B">
        <w:tc>
          <w:tcPr>
            <w:tcW w:w="2547" w:type="dxa"/>
          </w:tcPr>
          <w:p w14:paraId="182BE6E4" w14:textId="77777777" w:rsidR="00700CE5" w:rsidRPr="00260F73" w:rsidRDefault="00700CE5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-1426641047"/>
            <w:placeholder>
              <w:docPart w:val="DBA4D64B2DC94573AF53839827D900AC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67456855" w14:textId="77777777" w:rsidR="00700CE5" w:rsidRPr="00260F73" w:rsidRDefault="00700CE5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000885D3" w14:textId="77777777" w:rsidTr="002E140B">
        <w:tc>
          <w:tcPr>
            <w:tcW w:w="2547" w:type="dxa"/>
          </w:tcPr>
          <w:p w14:paraId="2BEA3FEA" w14:textId="77777777" w:rsidR="00700CE5" w:rsidRPr="00260F73" w:rsidRDefault="00700CE5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413595414"/>
            <w:placeholder>
              <w:docPart w:val="2465E13F39954F52A5F64E533C2B7F2B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54A2AE60" w14:textId="77777777" w:rsidR="00700CE5" w:rsidRPr="00260F73" w:rsidRDefault="00700CE5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59CF6284" w14:textId="77777777" w:rsidTr="002E140B">
        <w:tc>
          <w:tcPr>
            <w:tcW w:w="2547" w:type="dxa"/>
            <w:vAlign w:val="center"/>
          </w:tcPr>
          <w:p w14:paraId="6202A72C" w14:textId="77777777" w:rsidR="00700CE5" w:rsidRPr="00260F73" w:rsidRDefault="00700CE5" w:rsidP="002E140B">
            <w:proofErr w:type="gramStart"/>
            <w:r w:rsidRPr="00260F73">
              <w:rPr>
                <w:b/>
                <w:bCs/>
              </w:rPr>
              <w:t>Sub Specialty</w:t>
            </w:r>
            <w:proofErr w:type="gramEnd"/>
            <w:r w:rsidRPr="00260F73">
              <w:rPr>
                <w:b/>
                <w:bCs/>
              </w:rPr>
              <w:t xml:space="preserve"> (where applicable</w:t>
            </w:r>
          </w:p>
        </w:tc>
        <w:sdt>
          <w:sdtPr>
            <w:id w:val="1911027569"/>
            <w:placeholder>
              <w:docPart w:val="64511105834B4BB1A87B781940C65B35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1AD433AE" w14:textId="77777777" w:rsidR="00700CE5" w:rsidRPr="00260F73" w:rsidRDefault="00700CE5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68DA5868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040346A9" w14:textId="77777777" w:rsidR="00700CE5" w:rsidRPr="00260F73" w:rsidRDefault="00700CE5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100772229"/>
            <w:placeholder>
              <w:docPart w:val="4454B02779234496889B69410EA03ED8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0CBA79AB" w14:textId="77777777" w:rsidR="00700CE5" w:rsidRPr="00260F73" w:rsidRDefault="00700CE5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5C00C8EE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7E6BF8" w14:textId="6F9E1773" w:rsidR="00700CE5" w:rsidRPr="00260F73" w:rsidRDefault="00700CE5" w:rsidP="002E140B"/>
        </w:tc>
      </w:tr>
      <w:tr w:rsidR="00700CE5" w:rsidRPr="00260F73" w14:paraId="1E3C829B" w14:textId="77777777" w:rsidTr="00E70F08">
        <w:tc>
          <w:tcPr>
            <w:tcW w:w="9350" w:type="dxa"/>
            <w:gridSpan w:val="2"/>
          </w:tcPr>
          <w:p w14:paraId="7B559B87" w14:textId="3D934CA5" w:rsidR="00700CE5" w:rsidRPr="00260F73" w:rsidRDefault="00700CE5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1590878890"/>
                <w:placeholder>
                  <w:docPart w:val="3DFE88FA714F427CA7DF478088E9A1C2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700CE5" w:rsidRPr="00260F73" w14:paraId="3D289C0A" w14:textId="77777777" w:rsidTr="002E140B">
        <w:tc>
          <w:tcPr>
            <w:tcW w:w="2547" w:type="dxa"/>
          </w:tcPr>
          <w:p w14:paraId="126B31D4" w14:textId="77777777" w:rsidR="00700CE5" w:rsidRPr="00260F73" w:rsidRDefault="00700CE5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10889365"/>
            <w:placeholder>
              <w:docPart w:val="255CE99511074854AE1064189719F418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35634A5D" w14:textId="77777777" w:rsidR="00700CE5" w:rsidRPr="00260F73" w:rsidRDefault="00700CE5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00CE5" w:rsidRPr="00260F73" w14:paraId="14EC6B8D" w14:textId="77777777" w:rsidTr="002E140B">
        <w:tc>
          <w:tcPr>
            <w:tcW w:w="2547" w:type="dxa"/>
          </w:tcPr>
          <w:p w14:paraId="59F705B2" w14:textId="77777777" w:rsidR="00700CE5" w:rsidRPr="00260F73" w:rsidRDefault="00700CE5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529615263"/>
            <w:placeholder>
              <w:docPart w:val="912A8F2FE6D64107969A8E7ADCAE26F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74A2643D" w14:textId="77777777" w:rsidR="00700CE5" w:rsidRPr="00260F73" w:rsidRDefault="00700CE5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00CE5" w:rsidRPr="00260F73" w14:paraId="5981AABE" w14:textId="77777777" w:rsidTr="002E140B">
        <w:tc>
          <w:tcPr>
            <w:tcW w:w="2547" w:type="dxa"/>
          </w:tcPr>
          <w:p w14:paraId="4CE6CF92" w14:textId="77777777" w:rsidR="00700CE5" w:rsidRPr="00260F73" w:rsidRDefault="00700CE5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-1217810847"/>
            <w:placeholder>
              <w:docPart w:val="FBAB49DBB5F54F41A1E6FC98D7BE5294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4DB5FB97" w14:textId="77777777" w:rsidR="00700CE5" w:rsidRPr="00260F73" w:rsidRDefault="00700CE5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462AFEEA" w14:textId="77777777" w:rsidTr="002E140B">
        <w:tc>
          <w:tcPr>
            <w:tcW w:w="2547" w:type="dxa"/>
          </w:tcPr>
          <w:p w14:paraId="5E802186" w14:textId="77777777" w:rsidR="00700CE5" w:rsidRPr="00260F73" w:rsidRDefault="00700CE5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803584696"/>
            <w:placeholder>
              <w:docPart w:val="47107E0C11964FC7BDBD2185FBD0793E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7492FE19" w14:textId="77777777" w:rsidR="00700CE5" w:rsidRPr="00260F73" w:rsidRDefault="00700CE5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5C8690B8" w14:textId="77777777" w:rsidTr="002E140B">
        <w:tc>
          <w:tcPr>
            <w:tcW w:w="2547" w:type="dxa"/>
            <w:vAlign w:val="center"/>
          </w:tcPr>
          <w:p w14:paraId="7A823E55" w14:textId="77777777" w:rsidR="00700CE5" w:rsidRPr="00260F73" w:rsidRDefault="00700CE5" w:rsidP="002E140B">
            <w:proofErr w:type="gramStart"/>
            <w:r w:rsidRPr="00260F73">
              <w:rPr>
                <w:b/>
                <w:bCs/>
              </w:rPr>
              <w:t>Sub Specialty</w:t>
            </w:r>
            <w:proofErr w:type="gramEnd"/>
            <w:r w:rsidRPr="00260F73">
              <w:rPr>
                <w:b/>
                <w:bCs/>
              </w:rPr>
              <w:t xml:space="preserve"> (where applicable</w:t>
            </w:r>
          </w:p>
        </w:tc>
        <w:sdt>
          <w:sdtPr>
            <w:id w:val="2070919271"/>
            <w:placeholder>
              <w:docPart w:val="4FA2DB612CBB405687BFA940C5AC16F8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719E2F39" w14:textId="77777777" w:rsidR="00700CE5" w:rsidRPr="00260F73" w:rsidRDefault="00700CE5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0D069F5C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316ADC27" w14:textId="77777777" w:rsidR="00700CE5" w:rsidRPr="00260F73" w:rsidRDefault="00700CE5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-1436740325"/>
            <w:placeholder>
              <w:docPart w:val="121413A964FA417E8643B4C2A9CD8110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6B8CA0ED" w14:textId="77777777" w:rsidR="00700CE5" w:rsidRPr="00260F73" w:rsidRDefault="00700CE5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1FA6F96C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1C3841" w14:textId="57A3A2D7" w:rsidR="00700CE5" w:rsidRPr="00260F73" w:rsidRDefault="00700CE5" w:rsidP="002E140B"/>
        </w:tc>
      </w:tr>
    </w:tbl>
    <w:p w14:paraId="05983A8C" w14:textId="77777777" w:rsidR="00700CE5" w:rsidRDefault="00700CE5">
      <w:pPr>
        <w:pStyle w:val="Heading1"/>
      </w:pPr>
    </w:p>
    <w:p w14:paraId="02B27E3B" w14:textId="77777777" w:rsidR="00700CE5" w:rsidRDefault="00700CE5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7947B8A" w14:textId="3C0ABAF1" w:rsidR="00214ECC" w:rsidRPr="00260F73" w:rsidRDefault="007C3707">
      <w:pPr>
        <w:pStyle w:val="Heading1"/>
      </w:pPr>
      <w:r w:rsidRPr="00260F73">
        <w:lastRenderedPageBreak/>
        <w:t>A</w:t>
      </w:r>
      <w:r w:rsidR="003729FB" w:rsidRPr="00260F73">
        <w:t>udit &amp; Quality Improvement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8525FA" w:rsidRPr="00260F73" w14:paraId="1AC9EFE7" w14:textId="77777777" w:rsidTr="0019370D">
        <w:tc>
          <w:tcPr>
            <w:tcW w:w="9350" w:type="dxa"/>
            <w:gridSpan w:val="2"/>
          </w:tcPr>
          <w:p w14:paraId="4B30661B" w14:textId="162486B2" w:rsidR="008525FA" w:rsidRPr="00260F73" w:rsidRDefault="008525FA" w:rsidP="002D7D98">
            <w:r w:rsidRPr="00260F73">
              <w:rPr>
                <w:b/>
                <w:bCs/>
              </w:rPr>
              <w:t>Project Title</w:t>
            </w:r>
            <w:r w:rsidR="00CD745A" w:rsidRPr="00260F73">
              <w:rPr>
                <w:b/>
                <w:bCs/>
              </w:rPr>
              <w:t>:</w:t>
            </w:r>
            <w:r w:rsidR="00A0792E" w:rsidRPr="00260F73">
              <w:rPr>
                <w:b/>
                <w:bCs/>
              </w:rPr>
              <w:t xml:space="preserve"> </w:t>
            </w:r>
            <w:r w:rsidR="00A0792E" w:rsidRPr="00260F73">
              <w:rPr>
                <w:b/>
                <w:bCs/>
              </w:rPr>
              <w:tab/>
            </w:r>
            <w:r w:rsidR="00A0792E" w:rsidRPr="00260F73">
              <w:rPr>
                <w:b/>
                <w:bCs/>
              </w:rPr>
              <w:tab/>
            </w:r>
            <w:r w:rsidR="00A0792E"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871966618"/>
                <w:placeholder>
                  <w:docPart w:val="C6C5AA04D5744E5397F5B4C02E599FEC"/>
                </w:placeholder>
                <w:showingPlcHdr/>
              </w:sdtPr>
              <w:sdtEndPr/>
              <w:sdtContent>
                <w:r w:rsidR="00CD745A"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525FA" w:rsidRPr="00260F73" w14:paraId="176303B5" w14:textId="77777777" w:rsidTr="00A0792E">
        <w:tc>
          <w:tcPr>
            <w:tcW w:w="2830" w:type="dxa"/>
            <w:vAlign w:val="center"/>
          </w:tcPr>
          <w:p w14:paraId="50053F71" w14:textId="65A68AAE" w:rsidR="008525FA" w:rsidRPr="00260F73" w:rsidRDefault="00CD745A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766196237"/>
            <w:placeholder>
              <w:docPart w:val="657845195F10471BB191FDF6254F450F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745FB9AC" w14:textId="2D45EB78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:rsidRPr="00260F73" w14:paraId="0F3FFF85" w14:textId="77777777" w:rsidTr="00A0792E">
        <w:tc>
          <w:tcPr>
            <w:tcW w:w="2830" w:type="dxa"/>
            <w:vAlign w:val="center"/>
          </w:tcPr>
          <w:p w14:paraId="4C91F2EC" w14:textId="6D80818A" w:rsidR="008525FA" w:rsidRPr="00260F73" w:rsidRDefault="00CD745A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16211C1B" w14:textId="0510C58D" w:rsidR="008525FA" w:rsidRPr="00260F73" w:rsidRDefault="00CD745A" w:rsidP="002D7D98">
            <w:r w:rsidRPr="00260F73">
              <w:t xml:space="preserve">Yes </w:t>
            </w:r>
            <w:sdt>
              <w:sdtPr>
                <w:id w:val="2090497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303281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1465389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3C6DB542" w14:textId="77777777" w:rsidTr="00A0792E">
        <w:tc>
          <w:tcPr>
            <w:tcW w:w="2830" w:type="dxa"/>
            <w:vAlign w:val="center"/>
          </w:tcPr>
          <w:p w14:paraId="3B040F6A" w14:textId="721E8324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-1609892518"/>
            <w:placeholder>
              <w:docPart w:val="4261ABEBA6024587BD9BFFA89B86CBA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25D02023" w14:textId="60E95C39" w:rsidR="00CD745A" w:rsidRPr="00260F73" w:rsidRDefault="00CD745A" w:rsidP="002D7D98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:rsidRPr="00260F73" w14:paraId="46F6B3E4" w14:textId="77777777" w:rsidTr="00A0792E">
        <w:tc>
          <w:tcPr>
            <w:tcW w:w="2830" w:type="dxa"/>
            <w:vAlign w:val="center"/>
          </w:tcPr>
          <w:p w14:paraId="6ABC61BA" w14:textId="05A981FC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-1212185724"/>
            <w:placeholder>
              <w:docPart w:val="ECE4C47E07C843CCA2D7255597D077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57FE0445" w14:textId="66AEC1FD" w:rsidR="00CD745A" w:rsidRPr="00260F73" w:rsidRDefault="00CD745A" w:rsidP="002D7D98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525FA" w:rsidRPr="00260F73" w14:paraId="65E572C5" w14:textId="77777777" w:rsidTr="00A0792E">
        <w:tc>
          <w:tcPr>
            <w:tcW w:w="2830" w:type="dxa"/>
            <w:vAlign w:val="center"/>
          </w:tcPr>
          <w:p w14:paraId="098C6AF8" w14:textId="77777777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253A3E46" w14:textId="77777777" w:rsidR="008525FA" w:rsidRPr="00260F73" w:rsidRDefault="008525FA" w:rsidP="00CD745A"/>
        </w:tc>
        <w:sdt>
          <w:sdtPr>
            <w:id w:val="-2029861939"/>
            <w:placeholder>
              <w:docPart w:val="9444CF760006459A89EF2B7CE3AFF2D1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4673DCAB" w14:textId="7BD41298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:rsidRPr="00260F73" w14:paraId="510BFC14" w14:textId="77777777" w:rsidTr="00A0792E">
        <w:tc>
          <w:tcPr>
            <w:tcW w:w="2830" w:type="dxa"/>
            <w:vAlign w:val="center"/>
          </w:tcPr>
          <w:p w14:paraId="53BD32ED" w14:textId="77777777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2E70E9ED" w14:textId="77777777" w:rsidR="008525FA" w:rsidRPr="00260F73" w:rsidRDefault="008525FA" w:rsidP="00CD745A"/>
        </w:tc>
        <w:sdt>
          <w:sdtPr>
            <w:id w:val="-719363920"/>
            <w:placeholder>
              <w:docPart w:val="A451D5A1F2414B9AB219F05CFB3EC45E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3CCAF454" w14:textId="4840209E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:rsidRPr="00260F73" w14:paraId="39BC37AF" w14:textId="77777777" w:rsidTr="00A0792E">
        <w:tc>
          <w:tcPr>
            <w:tcW w:w="2830" w:type="dxa"/>
            <w:vAlign w:val="center"/>
          </w:tcPr>
          <w:p w14:paraId="53D262A2" w14:textId="3E26B4B9" w:rsidR="008525FA" w:rsidRPr="00260F73" w:rsidRDefault="00CD745A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912965953"/>
            <w:placeholder>
              <w:docPart w:val="E58E1C4CC73644419B96786849CD0414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491EB2BF" w14:textId="28F05A7B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A5F58" w:rsidRPr="00260F73" w14:paraId="00FB74B5" w14:textId="77777777" w:rsidTr="00A0792E">
        <w:tc>
          <w:tcPr>
            <w:tcW w:w="2830" w:type="dxa"/>
            <w:vAlign w:val="center"/>
          </w:tcPr>
          <w:p w14:paraId="013FD58D" w14:textId="3C3AD7D2" w:rsidR="000A5F58" w:rsidRPr="00260F73" w:rsidRDefault="000A5F58" w:rsidP="00CD745A">
            <w:pPr>
              <w:rPr>
                <w:b/>
                <w:bCs/>
              </w:rPr>
            </w:pPr>
            <w:r>
              <w:rPr>
                <w:b/>
                <w:bCs/>
              </w:rPr>
              <w:t>Location of presented audit</w:t>
            </w:r>
          </w:p>
        </w:tc>
        <w:sdt>
          <w:sdtPr>
            <w:id w:val="-1759908549"/>
            <w:placeholder>
              <w:docPart w:val="BAD7DA4317824562B0E76F185F28F5ED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08F02D03" w14:textId="2FABB59E" w:rsidR="000A5F58" w:rsidRPr="00260F73" w:rsidRDefault="000A5F58" w:rsidP="002D7D98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CD745A" w:rsidRPr="00260F73" w14:paraId="07F36634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7F4CCE51" w14:textId="1AFEBF49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4093FA3A" w14:textId="50DD70BB" w:rsidR="00CD745A" w:rsidRPr="00260F73" w:rsidRDefault="00CD745A" w:rsidP="002D7D98">
            <w:r w:rsidRPr="00260F73">
              <w:t xml:space="preserve">Yes </w:t>
            </w:r>
            <w:sdt>
              <w:sdtPr>
                <w:id w:val="-174155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842779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52CA7D1C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ED39AD" w14:textId="66B44E78" w:rsidR="00CD745A" w:rsidRPr="00260F73" w:rsidRDefault="00CD745A" w:rsidP="002D7D98"/>
        </w:tc>
      </w:tr>
      <w:tr w:rsidR="000A5F58" w:rsidRPr="00260F73" w14:paraId="79FB0695" w14:textId="77777777" w:rsidTr="0019370D">
        <w:tc>
          <w:tcPr>
            <w:tcW w:w="9350" w:type="dxa"/>
            <w:gridSpan w:val="2"/>
          </w:tcPr>
          <w:p w14:paraId="6E096881" w14:textId="6DC90CFB" w:rsidR="000A5F58" w:rsidRPr="00260F73" w:rsidRDefault="000A5F58" w:rsidP="002D7D98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32733099"/>
                <w:placeholder>
                  <w:docPart w:val="774A2D43DF304886A881A48DB725E3AA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A5F58" w:rsidRPr="00260F73" w14:paraId="38A861DD" w14:textId="77777777" w:rsidTr="00A0792E">
        <w:tc>
          <w:tcPr>
            <w:tcW w:w="2830" w:type="dxa"/>
            <w:vAlign w:val="center"/>
          </w:tcPr>
          <w:p w14:paraId="2E388DB9" w14:textId="77777777" w:rsidR="000A5F58" w:rsidRPr="00260F73" w:rsidRDefault="000A5F58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-1805000164"/>
            <w:placeholder>
              <w:docPart w:val="F52DC1AC1EF943789D35F04A29286323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4AA1B4F8" w14:textId="77777777" w:rsidR="000A5F58" w:rsidRPr="00260F73" w:rsidRDefault="000A5F58" w:rsidP="00E73B0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A5F58" w:rsidRPr="00260F73" w14:paraId="55819AD8" w14:textId="77777777" w:rsidTr="00A0792E">
        <w:tc>
          <w:tcPr>
            <w:tcW w:w="2830" w:type="dxa"/>
            <w:vAlign w:val="center"/>
          </w:tcPr>
          <w:p w14:paraId="2EBF37F9" w14:textId="77777777" w:rsidR="000A5F58" w:rsidRPr="00260F73" w:rsidRDefault="000A5F58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78D31961" w14:textId="77777777" w:rsidR="000A5F58" w:rsidRPr="00260F73" w:rsidRDefault="000A5F58" w:rsidP="002D7D98">
            <w:r w:rsidRPr="00260F73">
              <w:t xml:space="preserve">Yes </w:t>
            </w:r>
            <w:sdt>
              <w:sdtPr>
                <w:id w:val="-10352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30063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1749612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A5F58" w:rsidRPr="00260F73" w14:paraId="7897FBF6" w14:textId="77777777" w:rsidTr="00A0792E">
        <w:tc>
          <w:tcPr>
            <w:tcW w:w="2830" w:type="dxa"/>
            <w:vAlign w:val="center"/>
          </w:tcPr>
          <w:p w14:paraId="681E2D01" w14:textId="77777777" w:rsidR="000A5F58" w:rsidRPr="00260F73" w:rsidRDefault="000A5F58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-149138476"/>
            <w:placeholder>
              <w:docPart w:val="8F0F9E9C7F32471294302BE920C10E9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68B165B7" w14:textId="77777777" w:rsidR="000A5F58" w:rsidRPr="00260F73" w:rsidRDefault="000A5F58" w:rsidP="00E73B0F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0A5F58" w:rsidRPr="00260F73" w14:paraId="676E8CD9" w14:textId="77777777" w:rsidTr="00A0792E">
        <w:tc>
          <w:tcPr>
            <w:tcW w:w="2830" w:type="dxa"/>
            <w:vAlign w:val="center"/>
          </w:tcPr>
          <w:p w14:paraId="79AA0E71" w14:textId="77777777" w:rsidR="000A5F58" w:rsidRPr="00260F73" w:rsidRDefault="000A5F58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1253327496"/>
            <w:placeholder>
              <w:docPart w:val="400EF9D5C5064AC3A5046E4511DC1EF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0BF8EB7B" w14:textId="77777777" w:rsidR="000A5F58" w:rsidRPr="00260F73" w:rsidRDefault="000A5F58" w:rsidP="00E73B0F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0A5F58" w:rsidRPr="00260F73" w14:paraId="23267DBC" w14:textId="77777777" w:rsidTr="00A0792E">
        <w:tc>
          <w:tcPr>
            <w:tcW w:w="2830" w:type="dxa"/>
            <w:vAlign w:val="center"/>
          </w:tcPr>
          <w:p w14:paraId="171E3F65" w14:textId="77777777" w:rsidR="000A5F58" w:rsidRPr="00260F73" w:rsidRDefault="000A5F58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7E72C201" w14:textId="77777777" w:rsidR="000A5F58" w:rsidRPr="00260F73" w:rsidRDefault="000A5F58" w:rsidP="00CD745A"/>
        </w:tc>
        <w:sdt>
          <w:sdtPr>
            <w:id w:val="-1256513825"/>
            <w:placeholder>
              <w:docPart w:val="47C1A675730A4DF4BE8EF00B9880615E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1389A909" w14:textId="77777777" w:rsidR="000A5F58" w:rsidRPr="00260F73" w:rsidRDefault="000A5F58" w:rsidP="00E73B0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A5F58" w:rsidRPr="00260F73" w14:paraId="6E619FAB" w14:textId="77777777" w:rsidTr="00A0792E">
        <w:tc>
          <w:tcPr>
            <w:tcW w:w="2830" w:type="dxa"/>
            <w:vAlign w:val="center"/>
          </w:tcPr>
          <w:p w14:paraId="16B2695F" w14:textId="77777777" w:rsidR="000A5F58" w:rsidRPr="00260F73" w:rsidRDefault="000A5F58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55810D58" w14:textId="77777777" w:rsidR="000A5F58" w:rsidRPr="00260F73" w:rsidRDefault="000A5F58" w:rsidP="00CD745A"/>
        </w:tc>
        <w:sdt>
          <w:sdtPr>
            <w:id w:val="-1724130423"/>
            <w:placeholder>
              <w:docPart w:val="B066F365C96545E7BCD8875465C89505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52E9CCC6" w14:textId="77777777" w:rsidR="000A5F58" w:rsidRPr="00260F73" w:rsidRDefault="000A5F58" w:rsidP="00E73B0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A5F58" w:rsidRPr="00260F73" w14:paraId="79834682" w14:textId="77777777" w:rsidTr="00A0792E">
        <w:tc>
          <w:tcPr>
            <w:tcW w:w="2830" w:type="dxa"/>
            <w:vAlign w:val="center"/>
          </w:tcPr>
          <w:p w14:paraId="323757DC" w14:textId="77777777" w:rsidR="000A5F58" w:rsidRPr="00260F73" w:rsidRDefault="000A5F58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-2043270993"/>
            <w:placeholder>
              <w:docPart w:val="84A6CB71295541ACA9F42EDDCCA9A365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10326CC4" w14:textId="77777777" w:rsidR="000A5F58" w:rsidRPr="00260F73" w:rsidRDefault="000A5F58" w:rsidP="00E73B0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A5F58" w:rsidRPr="00260F73" w14:paraId="525A8EB3" w14:textId="77777777" w:rsidTr="00A0792E">
        <w:tc>
          <w:tcPr>
            <w:tcW w:w="2830" w:type="dxa"/>
            <w:vAlign w:val="center"/>
          </w:tcPr>
          <w:p w14:paraId="6547B44C" w14:textId="772150A6" w:rsidR="000A5F58" w:rsidRPr="00260F73" w:rsidRDefault="000A5F58" w:rsidP="00CD745A">
            <w:pPr>
              <w:rPr>
                <w:b/>
                <w:bCs/>
              </w:rPr>
            </w:pPr>
            <w:r>
              <w:rPr>
                <w:b/>
                <w:bCs/>
              </w:rPr>
              <w:t>Location of presented audit</w:t>
            </w:r>
          </w:p>
        </w:tc>
        <w:sdt>
          <w:sdtPr>
            <w:id w:val="332725908"/>
            <w:placeholder>
              <w:docPart w:val="3A89163453E74F2594044BAC0AC3048A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0ADCC412" w14:textId="753E9BB7" w:rsidR="000A5F58" w:rsidRPr="00260F73" w:rsidRDefault="000A5F58" w:rsidP="00E73B0F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0A5F58" w:rsidRPr="00260F73" w14:paraId="65246EC4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3C34E8FB" w14:textId="77777777" w:rsidR="000A5F58" w:rsidRPr="00260F73" w:rsidRDefault="000A5F58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54DAB37C" w14:textId="2B969A00" w:rsidR="000A5F58" w:rsidRPr="00260F73" w:rsidRDefault="000A5F58" w:rsidP="002D7D98">
            <w:r w:rsidRPr="00260F73">
              <w:t xml:space="preserve">Yes </w:t>
            </w:r>
            <w:sdt>
              <w:sdtPr>
                <w:id w:val="386840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789256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0CE5" w:rsidRPr="00260F73" w14:paraId="471B42B4" w14:textId="77777777" w:rsidTr="000B319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CB1616" w14:textId="77777777" w:rsidR="00700CE5" w:rsidRPr="00260F73" w:rsidRDefault="00700CE5" w:rsidP="000B319E"/>
        </w:tc>
      </w:tr>
      <w:tr w:rsidR="00700CE5" w:rsidRPr="00260F73" w14:paraId="11D55B12" w14:textId="77777777" w:rsidTr="000B319E">
        <w:tc>
          <w:tcPr>
            <w:tcW w:w="9350" w:type="dxa"/>
            <w:gridSpan w:val="2"/>
          </w:tcPr>
          <w:p w14:paraId="7BDABEC4" w14:textId="77777777" w:rsidR="00700CE5" w:rsidRPr="00260F73" w:rsidRDefault="00700CE5" w:rsidP="000B319E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2018111059"/>
                <w:placeholder>
                  <w:docPart w:val="C2B5EA422B984DB29A6511626994F6D1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700CE5" w:rsidRPr="00260F73" w14:paraId="026CA48B" w14:textId="77777777" w:rsidTr="000B319E">
        <w:tc>
          <w:tcPr>
            <w:tcW w:w="2830" w:type="dxa"/>
            <w:vAlign w:val="center"/>
          </w:tcPr>
          <w:p w14:paraId="41136A60" w14:textId="77777777" w:rsidR="00700CE5" w:rsidRPr="00260F73" w:rsidRDefault="00700CE5" w:rsidP="000B319E">
            <w:r w:rsidRPr="00260F73">
              <w:rPr>
                <w:b/>
                <w:bCs/>
              </w:rPr>
              <w:t>Role:</w:t>
            </w:r>
          </w:p>
        </w:tc>
        <w:sdt>
          <w:sdtPr>
            <w:id w:val="1654339752"/>
            <w:placeholder>
              <w:docPart w:val="5FE81A6318F84CECBD5AA3776BD5797F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20E4BE7E" w14:textId="77777777" w:rsidR="00700CE5" w:rsidRPr="00260F73" w:rsidRDefault="00700CE5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4A4D33FF" w14:textId="77777777" w:rsidTr="000B319E">
        <w:tc>
          <w:tcPr>
            <w:tcW w:w="2830" w:type="dxa"/>
            <w:vAlign w:val="center"/>
          </w:tcPr>
          <w:p w14:paraId="1CF127E3" w14:textId="77777777" w:rsidR="00700CE5" w:rsidRPr="00260F73" w:rsidRDefault="00700CE5" w:rsidP="000B319E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6A93FC91" w14:textId="77777777" w:rsidR="00700CE5" w:rsidRPr="00260F73" w:rsidRDefault="00700CE5" w:rsidP="000B319E">
            <w:r w:rsidRPr="00260F73">
              <w:t xml:space="preserve">Yes </w:t>
            </w:r>
            <w:sdt>
              <w:sdtPr>
                <w:id w:val="-369922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79283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919603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0CE5" w:rsidRPr="00260F73" w14:paraId="616372E5" w14:textId="77777777" w:rsidTr="000B319E">
        <w:tc>
          <w:tcPr>
            <w:tcW w:w="2830" w:type="dxa"/>
            <w:vAlign w:val="center"/>
          </w:tcPr>
          <w:p w14:paraId="0ED09801" w14:textId="77777777" w:rsidR="00700CE5" w:rsidRPr="00260F73" w:rsidRDefault="00700CE5" w:rsidP="000B319E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1763873685"/>
            <w:placeholder>
              <w:docPart w:val="1EC3226DDF4A4A948F0DFA2FB549BA78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73641416" w14:textId="77777777" w:rsidR="00700CE5" w:rsidRPr="00260F73" w:rsidRDefault="00700CE5" w:rsidP="000B319E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00CE5" w:rsidRPr="00260F73" w14:paraId="2D6D9D4C" w14:textId="77777777" w:rsidTr="000B319E">
        <w:tc>
          <w:tcPr>
            <w:tcW w:w="2830" w:type="dxa"/>
            <w:vAlign w:val="center"/>
          </w:tcPr>
          <w:p w14:paraId="3F3BB267" w14:textId="77777777" w:rsidR="00700CE5" w:rsidRPr="00260F73" w:rsidRDefault="00700CE5" w:rsidP="000B319E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lastRenderedPageBreak/>
              <w:t>Audit End Date</w:t>
            </w:r>
          </w:p>
        </w:tc>
        <w:sdt>
          <w:sdtPr>
            <w:id w:val="354546004"/>
            <w:placeholder>
              <w:docPart w:val="DCD6E0E1EC4A4E2DB92516D20FDCFD86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7037F2E1" w14:textId="77777777" w:rsidR="00700CE5" w:rsidRPr="00260F73" w:rsidRDefault="00700CE5" w:rsidP="000B319E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00CE5" w:rsidRPr="00260F73" w14:paraId="09F5A2C8" w14:textId="77777777" w:rsidTr="000B319E">
        <w:tc>
          <w:tcPr>
            <w:tcW w:w="2830" w:type="dxa"/>
            <w:vAlign w:val="center"/>
          </w:tcPr>
          <w:p w14:paraId="61383450" w14:textId="77777777" w:rsidR="00700CE5" w:rsidRPr="00260F73" w:rsidRDefault="00700CE5" w:rsidP="000B319E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443BDABF" w14:textId="77777777" w:rsidR="00700CE5" w:rsidRPr="00260F73" w:rsidRDefault="00700CE5" w:rsidP="000B319E"/>
        </w:tc>
        <w:sdt>
          <w:sdtPr>
            <w:id w:val="-1814322303"/>
            <w:placeholder>
              <w:docPart w:val="4975FC7C748F47A884E89F8C2C4A967D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4743AAA0" w14:textId="77777777" w:rsidR="00700CE5" w:rsidRPr="00260F73" w:rsidRDefault="00700CE5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60F9FA72" w14:textId="77777777" w:rsidTr="000B319E">
        <w:tc>
          <w:tcPr>
            <w:tcW w:w="2830" w:type="dxa"/>
            <w:vAlign w:val="center"/>
          </w:tcPr>
          <w:p w14:paraId="2F72804A" w14:textId="77777777" w:rsidR="00700CE5" w:rsidRPr="00260F73" w:rsidRDefault="00700CE5" w:rsidP="000B319E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56B0621C" w14:textId="77777777" w:rsidR="00700CE5" w:rsidRPr="00260F73" w:rsidRDefault="00700CE5" w:rsidP="000B319E"/>
        </w:tc>
        <w:sdt>
          <w:sdtPr>
            <w:id w:val="-85453509"/>
            <w:placeholder>
              <w:docPart w:val="F98E0F85D549426EBE28ABF588A28471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47B0B419" w14:textId="77777777" w:rsidR="00700CE5" w:rsidRPr="00260F73" w:rsidRDefault="00700CE5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22553585" w14:textId="77777777" w:rsidTr="000B319E">
        <w:tc>
          <w:tcPr>
            <w:tcW w:w="2830" w:type="dxa"/>
            <w:vAlign w:val="center"/>
          </w:tcPr>
          <w:p w14:paraId="7109DFAC" w14:textId="77777777" w:rsidR="00700CE5" w:rsidRPr="00260F73" w:rsidRDefault="00700CE5" w:rsidP="000B319E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-810471780"/>
            <w:placeholder>
              <w:docPart w:val="934D5CC9B9B04C22B1848BD827A123E9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22D6B7C8" w14:textId="77777777" w:rsidR="00700CE5" w:rsidRPr="00260F73" w:rsidRDefault="00700CE5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5AABB632" w14:textId="77777777" w:rsidTr="000B319E">
        <w:tc>
          <w:tcPr>
            <w:tcW w:w="2830" w:type="dxa"/>
            <w:vAlign w:val="center"/>
          </w:tcPr>
          <w:p w14:paraId="39F2FC32" w14:textId="77777777" w:rsidR="00700CE5" w:rsidRPr="00260F73" w:rsidRDefault="00700CE5" w:rsidP="000B319E">
            <w:pPr>
              <w:rPr>
                <w:b/>
                <w:bCs/>
              </w:rPr>
            </w:pPr>
            <w:r>
              <w:rPr>
                <w:b/>
                <w:bCs/>
              </w:rPr>
              <w:t>Location of presented audit</w:t>
            </w:r>
          </w:p>
        </w:tc>
        <w:sdt>
          <w:sdtPr>
            <w:id w:val="2017648560"/>
            <w:placeholder>
              <w:docPart w:val="2B9DF83D9A7C489CAF24884C7A48A21B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39C1CB94" w14:textId="77777777" w:rsidR="00700CE5" w:rsidRPr="00260F73" w:rsidRDefault="00700CE5" w:rsidP="000B319E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700CE5" w:rsidRPr="00260F73" w14:paraId="72299838" w14:textId="77777777" w:rsidTr="000B319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0879764E" w14:textId="77777777" w:rsidR="00700CE5" w:rsidRPr="00260F73" w:rsidRDefault="00700CE5" w:rsidP="000B319E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36BC5585" w14:textId="77777777" w:rsidR="00700CE5" w:rsidRPr="00260F73" w:rsidRDefault="00700CE5" w:rsidP="000B319E">
            <w:r w:rsidRPr="00260F73">
              <w:t xml:space="preserve">Yes </w:t>
            </w:r>
            <w:sdt>
              <w:sdtPr>
                <w:id w:val="-1152208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208107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0CE5" w:rsidRPr="00260F73" w14:paraId="4BCB31F7" w14:textId="77777777" w:rsidTr="000B319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5E82C3" w14:textId="77777777" w:rsidR="00700CE5" w:rsidRPr="00260F73" w:rsidRDefault="00700CE5" w:rsidP="000B319E"/>
        </w:tc>
      </w:tr>
      <w:tr w:rsidR="00700CE5" w:rsidRPr="00260F73" w14:paraId="7AD3C16E" w14:textId="77777777" w:rsidTr="000B319E">
        <w:tc>
          <w:tcPr>
            <w:tcW w:w="9350" w:type="dxa"/>
            <w:gridSpan w:val="2"/>
          </w:tcPr>
          <w:p w14:paraId="4D48BEFD" w14:textId="77777777" w:rsidR="00700CE5" w:rsidRPr="00260F73" w:rsidRDefault="00700CE5" w:rsidP="000B319E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263537176"/>
                <w:placeholder>
                  <w:docPart w:val="168F72A467CF4586BA4D2DB540E55335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700CE5" w:rsidRPr="00260F73" w14:paraId="0D1A45B8" w14:textId="77777777" w:rsidTr="000B319E">
        <w:tc>
          <w:tcPr>
            <w:tcW w:w="2830" w:type="dxa"/>
            <w:vAlign w:val="center"/>
          </w:tcPr>
          <w:p w14:paraId="28B08AC7" w14:textId="77777777" w:rsidR="00700CE5" w:rsidRPr="00260F73" w:rsidRDefault="00700CE5" w:rsidP="000B319E">
            <w:r w:rsidRPr="00260F73">
              <w:rPr>
                <w:b/>
                <w:bCs/>
              </w:rPr>
              <w:t>Role:</w:t>
            </w:r>
          </w:p>
        </w:tc>
        <w:sdt>
          <w:sdtPr>
            <w:id w:val="-1041590688"/>
            <w:placeholder>
              <w:docPart w:val="85D8C46588144AFC928F9C8EFA6536F5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17C8CAD7" w14:textId="77777777" w:rsidR="00700CE5" w:rsidRPr="00260F73" w:rsidRDefault="00700CE5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37CF4238" w14:textId="77777777" w:rsidTr="000B319E">
        <w:tc>
          <w:tcPr>
            <w:tcW w:w="2830" w:type="dxa"/>
            <w:vAlign w:val="center"/>
          </w:tcPr>
          <w:p w14:paraId="43F14C61" w14:textId="77777777" w:rsidR="00700CE5" w:rsidRPr="00260F73" w:rsidRDefault="00700CE5" w:rsidP="000B319E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1B0C0958" w14:textId="77777777" w:rsidR="00700CE5" w:rsidRPr="00260F73" w:rsidRDefault="00700CE5" w:rsidP="000B319E">
            <w:r w:rsidRPr="00260F73">
              <w:t xml:space="preserve">Yes </w:t>
            </w:r>
            <w:sdt>
              <w:sdtPr>
                <w:id w:val="1083578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837698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6332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0CE5" w:rsidRPr="00260F73" w14:paraId="6153DB94" w14:textId="77777777" w:rsidTr="000B319E">
        <w:tc>
          <w:tcPr>
            <w:tcW w:w="2830" w:type="dxa"/>
            <w:vAlign w:val="center"/>
          </w:tcPr>
          <w:p w14:paraId="252C429A" w14:textId="77777777" w:rsidR="00700CE5" w:rsidRPr="00260F73" w:rsidRDefault="00700CE5" w:rsidP="000B319E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-946078793"/>
            <w:placeholder>
              <w:docPart w:val="87A6B99E0CCC41FFB8D2FE52F184C12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2E03C2C5" w14:textId="77777777" w:rsidR="00700CE5" w:rsidRPr="00260F73" w:rsidRDefault="00700CE5" w:rsidP="000B319E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00CE5" w:rsidRPr="00260F73" w14:paraId="2F06D083" w14:textId="77777777" w:rsidTr="000B319E">
        <w:tc>
          <w:tcPr>
            <w:tcW w:w="2830" w:type="dxa"/>
            <w:vAlign w:val="center"/>
          </w:tcPr>
          <w:p w14:paraId="691B98B3" w14:textId="77777777" w:rsidR="00700CE5" w:rsidRPr="00260F73" w:rsidRDefault="00700CE5" w:rsidP="000B319E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-59169359"/>
            <w:placeholder>
              <w:docPart w:val="5A8844BA87304448AA1F193247D724E7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62BE065C" w14:textId="77777777" w:rsidR="00700CE5" w:rsidRPr="00260F73" w:rsidRDefault="00700CE5" w:rsidP="000B319E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00CE5" w:rsidRPr="00260F73" w14:paraId="12AEB1DC" w14:textId="77777777" w:rsidTr="000B319E">
        <w:tc>
          <w:tcPr>
            <w:tcW w:w="2830" w:type="dxa"/>
            <w:vAlign w:val="center"/>
          </w:tcPr>
          <w:p w14:paraId="337A0A4E" w14:textId="77777777" w:rsidR="00700CE5" w:rsidRPr="00260F73" w:rsidRDefault="00700CE5" w:rsidP="000B319E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6BEA2E92" w14:textId="77777777" w:rsidR="00700CE5" w:rsidRPr="00260F73" w:rsidRDefault="00700CE5" w:rsidP="000B319E"/>
        </w:tc>
        <w:sdt>
          <w:sdtPr>
            <w:id w:val="1305430816"/>
            <w:placeholder>
              <w:docPart w:val="FD9A17773F8243B49E6690755FB4714C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120987E2" w14:textId="77777777" w:rsidR="00700CE5" w:rsidRPr="00260F73" w:rsidRDefault="00700CE5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38D09C52" w14:textId="77777777" w:rsidTr="000B319E">
        <w:tc>
          <w:tcPr>
            <w:tcW w:w="2830" w:type="dxa"/>
            <w:vAlign w:val="center"/>
          </w:tcPr>
          <w:p w14:paraId="52EA06B5" w14:textId="77777777" w:rsidR="00700CE5" w:rsidRPr="00260F73" w:rsidRDefault="00700CE5" w:rsidP="000B319E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77103A06" w14:textId="77777777" w:rsidR="00700CE5" w:rsidRPr="00260F73" w:rsidRDefault="00700CE5" w:rsidP="000B319E"/>
        </w:tc>
        <w:sdt>
          <w:sdtPr>
            <w:id w:val="1305820372"/>
            <w:placeholder>
              <w:docPart w:val="BA9E380C433140F4A6B8C6263934A212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448EE414" w14:textId="77777777" w:rsidR="00700CE5" w:rsidRPr="00260F73" w:rsidRDefault="00700CE5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07F887B6" w14:textId="77777777" w:rsidTr="000B319E">
        <w:tc>
          <w:tcPr>
            <w:tcW w:w="2830" w:type="dxa"/>
            <w:vAlign w:val="center"/>
          </w:tcPr>
          <w:p w14:paraId="3609D373" w14:textId="77777777" w:rsidR="00700CE5" w:rsidRPr="00260F73" w:rsidRDefault="00700CE5" w:rsidP="000B319E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-654379084"/>
            <w:placeholder>
              <w:docPart w:val="B0CC279208C24148B3501648F2005EA1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3201BE91" w14:textId="77777777" w:rsidR="00700CE5" w:rsidRPr="00260F73" w:rsidRDefault="00700CE5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05B8BD4A" w14:textId="77777777" w:rsidTr="000B319E">
        <w:tc>
          <w:tcPr>
            <w:tcW w:w="2830" w:type="dxa"/>
            <w:vAlign w:val="center"/>
          </w:tcPr>
          <w:p w14:paraId="647B0C15" w14:textId="77777777" w:rsidR="00700CE5" w:rsidRPr="00260F73" w:rsidRDefault="00700CE5" w:rsidP="000B319E">
            <w:pPr>
              <w:rPr>
                <w:b/>
                <w:bCs/>
              </w:rPr>
            </w:pPr>
            <w:r>
              <w:rPr>
                <w:b/>
                <w:bCs/>
              </w:rPr>
              <w:t>Location of presented audit</w:t>
            </w:r>
          </w:p>
        </w:tc>
        <w:sdt>
          <w:sdtPr>
            <w:id w:val="599295852"/>
            <w:placeholder>
              <w:docPart w:val="84D4012744744A2B91E84379281E93E7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5F8B7FF5" w14:textId="77777777" w:rsidR="00700CE5" w:rsidRPr="00260F73" w:rsidRDefault="00700CE5" w:rsidP="000B319E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700CE5" w:rsidRPr="00260F73" w14:paraId="39E0F85E" w14:textId="77777777" w:rsidTr="000B319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1B4266D9" w14:textId="77777777" w:rsidR="00700CE5" w:rsidRPr="00260F73" w:rsidRDefault="00700CE5" w:rsidP="000B319E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5D7057B1" w14:textId="77777777" w:rsidR="00700CE5" w:rsidRPr="00260F73" w:rsidRDefault="00700CE5" w:rsidP="000B319E">
            <w:r w:rsidRPr="00260F73">
              <w:t xml:space="preserve">Yes </w:t>
            </w:r>
            <w:sdt>
              <w:sdtPr>
                <w:id w:val="-1729067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29775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0CE5" w:rsidRPr="00260F73" w14:paraId="1EA8448C" w14:textId="77777777" w:rsidTr="000B319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29622E" w14:textId="77777777" w:rsidR="00700CE5" w:rsidRPr="00260F73" w:rsidRDefault="00700CE5" w:rsidP="000B319E"/>
        </w:tc>
      </w:tr>
      <w:tr w:rsidR="00700CE5" w:rsidRPr="00260F73" w14:paraId="0024BBC7" w14:textId="77777777" w:rsidTr="000B319E">
        <w:tc>
          <w:tcPr>
            <w:tcW w:w="9350" w:type="dxa"/>
            <w:gridSpan w:val="2"/>
          </w:tcPr>
          <w:p w14:paraId="385A6D6D" w14:textId="77777777" w:rsidR="00700CE5" w:rsidRPr="00260F73" w:rsidRDefault="00700CE5" w:rsidP="000B319E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560442264"/>
                <w:placeholder>
                  <w:docPart w:val="A7AF6584226B43D18478465032C9F025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700CE5" w:rsidRPr="00260F73" w14:paraId="5A6BC1E8" w14:textId="77777777" w:rsidTr="000B319E">
        <w:tc>
          <w:tcPr>
            <w:tcW w:w="2830" w:type="dxa"/>
            <w:vAlign w:val="center"/>
          </w:tcPr>
          <w:p w14:paraId="1C447838" w14:textId="77777777" w:rsidR="00700CE5" w:rsidRPr="00260F73" w:rsidRDefault="00700CE5" w:rsidP="000B319E">
            <w:r w:rsidRPr="00260F73">
              <w:rPr>
                <w:b/>
                <w:bCs/>
              </w:rPr>
              <w:t>Role:</w:t>
            </w:r>
          </w:p>
        </w:tc>
        <w:sdt>
          <w:sdtPr>
            <w:id w:val="-1602563561"/>
            <w:placeholder>
              <w:docPart w:val="B49ED8CDDDC44CB5AD8FE3FE255130A9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09C4B54B" w14:textId="77777777" w:rsidR="00700CE5" w:rsidRPr="00260F73" w:rsidRDefault="00700CE5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2CFEE816" w14:textId="77777777" w:rsidTr="000B319E">
        <w:tc>
          <w:tcPr>
            <w:tcW w:w="2830" w:type="dxa"/>
            <w:vAlign w:val="center"/>
          </w:tcPr>
          <w:p w14:paraId="72FABBF1" w14:textId="77777777" w:rsidR="00700CE5" w:rsidRPr="00260F73" w:rsidRDefault="00700CE5" w:rsidP="000B319E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18090484" w14:textId="77777777" w:rsidR="00700CE5" w:rsidRPr="00260F73" w:rsidRDefault="00700CE5" w:rsidP="000B319E">
            <w:r w:rsidRPr="00260F73">
              <w:t xml:space="preserve">Yes </w:t>
            </w:r>
            <w:sdt>
              <w:sdtPr>
                <w:id w:val="447283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702478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30465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0CE5" w:rsidRPr="00260F73" w14:paraId="1EA924E1" w14:textId="77777777" w:rsidTr="000B319E">
        <w:tc>
          <w:tcPr>
            <w:tcW w:w="2830" w:type="dxa"/>
            <w:vAlign w:val="center"/>
          </w:tcPr>
          <w:p w14:paraId="4A1A6D4E" w14:textId="77777777" w:rsidR="00700CE5" w:rsidRPr="00260F73" w:rsidRDefault="00700CE5" w:rsidP="000B319E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-119615342"/>
            <w:placeholder>
              <w:docPart w:val="4453886FB7F942599C81914856CD3AEA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72E036F4" w14:textId="77777777" w:rsidR="00700CE5" w:rsidRPr="00260F73" w:rsidRDefault="00700CE5" w:rsidP="000B319E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00CE5" w:rsidRPr="00260F73" w14:paraId="7E030EA1" w14:textId="77777777" w:rsidTr="000B319E">
        <w:tc>
          <w:tcPr>
            <w:tcW w:w="2830" w:type="dxa"/>
            <w:vAlign w:val="center"/>
          </w:tcPr>
          <w:p w14:paraId="59F8977D" w14:textId="77777777" w:rsidR="00700CE5" w:rsidRPr="00260F73" w:rsidRDefault="00700CE5" w:rsidP="000B319E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-872922034"/>
            <w:placeholder>
              <w:docPart w:val="1D6CA312821E499EAF9760E3D5A8200A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30D888C1" w14:textId="77777777" w:rsidR="00700CE5" w:rsidRPr="00260F73" w:rsidRDefault="00700CE5" w:rsidP="000B319E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00CE5" w:rsidRPr="00260F73" w14:paraId="0E4A56AA" w14:textId="77777777" w:rsidTr="000B319E">
        <w:tc>
          <w:tcPr>
            <w:tcW w:w="2830" w:type="dxa"/>
            <w:vAlign w:val="center"/>
          </w:tcPr>
          <w:p w14:paraId="5655315F" w14:textId="77777777" w:rsidR="00700CE5" w:rsidRPr="00260F73" w:rsidRDefault="00700CE5" w:rsidP="000B319E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1D53DF28" w14:textId="77777777" w:rsidR="00700CE5" w:rsidRPr="00260F73" w:rsidRDefault="00700CE5" w:rsidP="000B319E"/>
        </w:tc>
        <w:sdt>
          <w:sdtPr>
            <w:id w:val="-1142579911"/>
            <w:placeholder>
              <w:docPart w:val="DC3C9606CF744E9689C71BD50C838DFC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35A4CC9C" w14:textId="77777777" w:rsidR="00700CE5" w:rsidRPr="00260F73" w:rsidRDefault="00700CE5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1AF55363" w14:textId="77777777" w:rsidTr="000B319E">
        <w:tc>
          <w:tcPr>
            <w:tcW w:w="2830" w:type="dxa"/>
            <w:vAlign w:val="center"/>
          </w:tcPr>
          <w:p w14:paraId="54EB7101" w14:textId="77777777" w:rsidR="00700CE5" w:rsidRPr="00260F73" w:rsidRDefault="00700CE5" w:rsidP="000B319E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675B0482" w14:textId="77777777" w:rsidR="00700CE5" w:rsidRPr="00260F73" w:rsidRDefault="00700CE5" w:rsidP="000B319E"/>
        </w:tc>
        <w:sdt>
          <w:sdtPr>
            <w:id w:val="-378707470"/>
            <w:placeholder>
              <w:docPart w:val="A2952ED3E62849CFAE25C00C5AE3E47C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29C8E491" w14:textId="77777777" w:rsidR="00700CE5" w:rsidRPr="00260F73" w:rsidRDefault="00700CE5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495B0CFF" w14:textId="77777777" w:rsidTr="000B319E">
        <w:tc>
          <w:tcPr>
            <w:tcW w:w="2830" w:type="dxa"/>
            <w:vAlign w:val="center"/>
          </w:tcPr>
          <w:p w14:paraId="508CC618" w14:textId="77777777" w:rsidR="00700CE5" w:rsidRPr="00260F73" w:rsidRDefault="00700CE5" w:rsidP="000B319E">
            <w:r w:rsidRPr="00260F73">
              <w:rPr>
                <w:b/>
                <w:bCs/>
              </w:rPr>
              <w:lastRenderedPageBreak/>
              <w:t>Overall Outcome</w:t>
            </w:r>
          </w:p>
        </w:tc>
        <w:sdt>
          <w:sdtPr>
            <w:id w:val="-707102067"/>
            <w:placeholder>
              <w:docPart w:val="EC9A582D9018414DBB96195FCBBBE53C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43986B59" w14:textId="77777777" w:rsidR="00700CE5" w:rsidRPr="00260F73" w:rsidRDefault="00700CE5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1A6DD195" w14:textId="77777777" w:rsidTr="000B319E">
        <w:tc>
          <w:tcPr>
            <w:tcW w:w="2830" w:type="dxa"/>
            <w:vAlign w:val="center"/>
          </w:tcPr>
          <w:p w14:paraId="450E8068" w14:textId="77777777" w:rsidR="00700CE5" w:rsidRPr="00260F73" w:rsidRDefault="00700CE5" w:rsidP="000B319E">
            <w:pPr>
              <w:rPr>
                <w:b/>
                <w:bCs/>
              </w:rPr>
            </w:pPr>
            <w:r>
              <w:rPr>
                <w:b/>
                <w:bCs/>
              </w:rPr>
              <w:t>Location of presented audit</w:t>
            </w:r>
          </w:p>
        </w:tc>
        <w:sdt>
          <w:sdtPr>
            <w:id w:val="-1011599941"/>
            <w:placeholder>
              <w:docPart w:val="CA61E32A2440491BA87BA6ABD746621F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5860F397" w14:textId="77777777" w:rsidR="00700CE5" w:rsidRPr="00260F73" w:rsidRDefault="00700CE5" w:rsidP="000B319E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700CE5" w:rsidRPr="00260F73" w14:paraId="528D7F11" w14:textId="77777777" w:rsidTr="000B319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020DFFEC" w14:textId="77777777" w:rsidR="00700CE5" w:rsidRPr="00260F73" w:rsidRDefault="00700CE5" w:rsidP="000B319E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6E1FBC73" w14:textId="77777777" w:rsidR="00700CE5" w:rsidRPr="00260F73" w:rsidRDefault="00700CE5" w:rsidP="000B319E">
            <w:r w:rsidRPr="00260F73">
              <w:t xml:space="preserve">Yes </w:t>
            </w:r>
            <w:sdt>
              <w:sdtPr>
                <w:id w:val="-1905051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835446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A5F58" w:rsidRPr="00260F73" w14:paraId="21B9677E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BA436C" w14:textId="684ABC3E" w:rsidR="000A5F58" w:rsidRPr="00260F73" w:rsidRDefault="000A5F58" w:rsidP="002D7D98"/>
        </w:tc>
      </w:tr>
    </w:tbl>
    <w:p w14:paraId="0A119EB0" w14:textId="77777777" w:rsidR="00700CE5" w:rsidRDefault="00700CE5" w:rsidP="00700CE5"/>
    <w:p w14:paraId="0FB2D3A9" w14:textId="77777777" w:rsidR="00700CE5" w:rsidRDefault="00700CE5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16155EEC" w14:textId="61017358" w:rsidR="00214ECC" w:rsidRPr="00260F73" w:rsidRDefault="003729FB">
      <w:pPr>
        <w:pStyle w:val="Heading1"/>
      </w:pPr>
      <w:r w:rsidRPr="00260F73">
        <w:lastRenderedPageBreak/>
        <w:t>Research &amp; Publications</w:t>
      </w:r>
    </w:p>
    <w:p w14:paraId="099547A5" w14:textId="77777777" w:rsidR="002D7CE0" w:rsidRPr="002D7CE0" w:rsidRDefault="002D7CE0" w:rsidP="002D7CE0">
      <w:pPr>
        <w:rPr>
          <w:lang w:val="en-US"/>
        </w:rPr>
      </w:pPr>
      <w:r w:rsidRPr="002D7CE0">
        <w:rPr>
          <w:lang w:val="en-US"/>
        </w:rPr>
        <w:t>Publications, Presentations, Ongoing research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3"/>
        <w:gridCol w:w="6627"/>
      </w:tblGrid>
      <w:tr w:rsidR="00CD745A" w:rsidRPr="00260F73" w14:paraId="6F75DC21" w14:textId="77777777" w:rsidTr="00695860">
        <w:tc>
          <w:tcPr>
            <w:tcW w:w="9350" w:type="dxa"/>
            <w:gridSpan w:val="2"/>
          </w:tcPr>
          <w:p w14:paraId="59BAD478" w14:textId="209CB924" w:rsidR="00CD745A" w:rsidRPr="00015574" w:rsidRDefault="000A5F58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Title of item</w:t>
            </w:r>
            <w:r w:rsidR="00CD745A" w:rsidRPr="00015574">
              <w:rPr>
                <w:rFonts w:cs="Calibri"/>
                <w:b/>
                <w:bCs/>
                <w:szCs w:val="24"/>
              </w:rPr>
              <w:t xml:space="preserve">: </w:t>
            </w:r>
            <w:r w:rsidR="00A0792E" w:rsidRPr="00015574">
              <w:rPr>
                <w:rFonts w:cs="Calibri"/>
                <w:b/>
                <w:bCs/>
                <w:szCs w:val="24"/>
              </w:rPr>
              <w:tab/>
            </w:r>
            <w:r w:rsidR="00A0792E"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-870296156"/>
                <w:placeholder>
                  <w:docPart w:val="CA4E4ABAE5DA465E97A6237A7809538C"/>
                </w:placeholder>
                <w:showingPlcHdr/>
              </w:sdtPr>
              <w:sdtEndPr/>
              <w:sdtContent>
                <w:r w:rsidR="00CD745A"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CD745A" w:rsidRPr="00260F73" w14:paraId="769739CE" w14:textId="77777777" w:rsidTr="00CD745A">
        <w:tc>
          <w:tcPr>
            <w:tcW w:w="2723" w:type="dxa"/>
            <w:vAlign w:val="center"/>
          </w:tcPr>
          <w:p w14:paraId="178AC458" w14:textId="7EE58B83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 w:rsidR="00015574" w:rsidRPr="00015574">
              <w:rPr>
                <w:rFonts w:cs="Calibri"/>
                <w:b/>
                <w:bCs/>
                <w:szCs w:val="24"/>
              </w:rPr>
              <w:t xml:space="preserve"> &amp; Authorship </w:t>
            </w:r>
            <w:r w:rsidR="00015574" w:rsidRPr="00015574">
              <w:rPr>
                <w:rFonts w:eastAsia="Cambria" w:cs="Calibri"/>
                <w:b/>
                <w:bCs/>
                <w:szCs w:val="24"/>
                <w:lang w:val="en-US"/>
              </w:rPr>
              <w:t>(1</w:t>
            </w:r>
            <w:r w:rsidR="00015574"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st</w:t>
            </w:r>
            <w:r w:rsidR="00015574" w:rsidRPr="00015574">
              <w:rPr>
                <w:rFonts w:eastAsia="Cambria" w:cs="Calibri"/>
                <w:b/>
                <w:bCs/>
                <w:szCs w:val="24"/>
                <w:lang w:val="en-US"/>
              </w:rPr>
              <w:t>, 2</w:t>
            </w:r>
            <w:r w:rsidR="00015574"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nd</w:t>
            </w:r>
            <w:r w:rsidR="00015574" w:rsidRPr="00015574">
              <w:rPr>
                <w:rFonts w:eastAsia="Cambria" w:cs="Calibri"/>
                <w:b/>
                <w:bCs/>
                <w:szCs w:val="24"/>
                <w:lang w:val="en-US"/>
              </w:rPr>
              <w:t>, 3</w:t>
            </w:r>
            <w:r w:rsidR="00015574"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rd</w:t>
            </w:r>
            <w:r w:rsidR="00015574" w:rsidRPr="00015574">
              <w:rPr>
                <w:rFonts w:eastAsia="Cambria" w:cs="Calibri"/>
                <w:b/>
                <w:bCs/>
                <w:szCs w:val="24"/>
                <w:lang w:val="en-US"/>
              </w:rPr>
              <w:t xml:space="preserve"> author, etc.)</w:t>
            </w:r>
          </w:p>
        </w:tc>
        <w:sdt>
          <w:sdtPr>
            <w:id w:val="587663669"/>
            <w:placeholder>
              <w:docPart w:val="156AE4FD73954CA688AAE317B321396B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419B1C3D" w14:textId="3D84B998" w:rsidR="00CD745A" w:rsidRPr="00260F73" w:rsidRDefault="00CD745A" w:rsidP="00C7253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15DA0842" w14:textId="77777777" w:rsidTr="00CD745A">
        <w:tc>
          <w:tcPr>
            <w:tcW w:w="2723" w:type="dxa"/>
            <w:vAlign w:val="center"/>
          </w:tcPr>
          <w:p w14:paraId="22919863" w14:textId="26D703DD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</w:p>
        </w:tc>
        <w:sdt>
          <w:sdtPr>
            <w:id w:val="2132510190"/>
            <w:placeholder>
              <w:docPart w:val="6D5A277E4DAE4119840AF2E2D970FC5F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468FCDE1" w14:textId="3348A058" w:rsidR="00CD745A" w:rsidRPr="00260F73" w:rsidRDefault="00CD745A" w:rsidP="00C7253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5D715A34" w14:textId="77777777" w:rsidTr="00CD745A">
        <w:tc>
          <w:tcPr>
            <w:tcW w:w="2723" w:type="dxa"/>
            <w:vAlign w:val="center"/>
          </w:tcPr>
          <w:p w14:paraId="1275C95C" w14:textId="1B26F01E" w:rsidR="00CD745A" w:rsidRPr="00015574" w:rsidRDefault="00CD745A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DOI link </w:t>
            </w:r>
            <w:r w:rsidR="00015574" w:rsidRPr="00015574">
              <w:rPr>
                <w:rFonts w:cs="Calibri"/>
                <w:b/>
                <w:bCs/>
                <w:szCs w:val="24"/>
              </w:rPr>
              <w:t>(</w:t>
            </w:r>
            <w:r w:rsidRPr="00015574">
              <w:rPr>
                <w:rFonts w:cs="Calibri"/>
                <w:b/>
                <w:bCs/>
                <w:szCs w:val="24"/>
              </w:rPr>
              <w:t>where applicable</w:t>
            </w:r>
            <w:r w:rsidR="00015574" w:rsidRPr="00015574">
              <w:rPr>
                <w:rFonts w:cs="Calibri"/>
                <w:b/>
                <w:bCs/>
                <w:szCs w:val="24"/>
              </w:rPr>
              <w:t>)</w:t>
            </w:r>
          </w:p>
          <w:p w14:paraId="687B8572" w14:textId="77777777" w:rsidR="00CD745A" w:rsidRPr="00015574" w:rsidRDefault="00CD745A" w:rsidP="00CD745A">
            <w:pPr>
              <w:rPr>
                <w:rFonts w:cs="Calibri"/>
                <w:szCs w:val="24"/>
              </w:rPr>
            </w:pPr>
          </w:p>
        </w:tc>
        <w:sdt>
          <w:sdtPr>
            <w:id w:val="281088364"/>
            <w:placeholder>
              <w:docPart w:val="586FFECF142C4598987272C037E4807A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65BB4C77" w14:textId="59DC1FA6" w:rsidR="00CD745A" w:rsidRPr="00260F73" w:rsidRDefault="00CD745A" w:rsidP="00C7253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7E170BE8" w14:textId="77777777" w:rsidTr="00CD745A">
        <w:tc>
          <w:tcPr>
            <w:tcW w:w="2723" w:type="dxa"/>
            <w:vAlign w:val="center"/>
          </w:tcPr>
          <w:p w14:paraId="609E6916" w14:textId="6B8BFF7A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</w:p>
        </w:tc>
        <w:sdt>
          <w:sdtPr>
            <w:id w:val="1721250372"/>
            <w:placeholder>
              <w:docPart w:val="0FB6E5FECABF45829BB384A56029A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383255EC" w14:textId="595583B5" w:rsidR="00CD745A" w:rsidRPr="00260F73" w:rsidRDefault="00CD745A" w:rsidP="00C7253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015574" w:rsidRPr="00260F73" w14:paraId="736258BB" w14:textId="77777777" w:rsidTr="00CD745A">
        <w:tc>
          <w:tcPr>
            <w:tcW w:w="2723" w:type="dxa"/>
            <w:vAlign w:val="center"/>
          </w:tcPr>
          <w:p w14:paraId="5D59EC7F" w14:textId="2D9FAFAC" w:rsidR="00015574" w:rsidRPr="00015574" w:rsidRDefault="00015574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Publication Type (Poster Abstract or Full Paper)</w:t>
            </w:r>
          </w:p>
        </w:tc>
        <w:tc>
          <w:tcPr>
            <w:tcW w:w="6627" w:type="dxa"/>
          </w:tcPr>
          <w:p w14:paraId="18AAD90D" w14:textId="65495612" w:rsidR="00015574" w:rsidRDefault="005631AB" w:rsidP="00C7253B">
            <w:sdt>
              <w:sdtPr>
                <w:id w:val="176388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5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5574">
              <w:t xml:space="preserve"> Poster </w:t>
            </w:r>
          </w:p>
          <w:p w14:paraId="71ED4CEB" w14:textId="328C4E6E" w:rsidR="00015574" w:rsidRDefault="005631AB" w:rsidP="00C7253B">
            <w:sdt>
              <w:sdtPr>
                <w:id w:val="-364060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5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5574">
              <w:t xml:space="preserve"> Abstract</w:t>
            </w:r>
          </w:p>
          <w:p w14:paraId="5DD299C7" w14:textId="1AC6C828" w:rsidR="00015574" w:rsidRPr="00260F73" w:rsidRDefault="005631AB" w:rsidP="00C7253B">
            <w:sdt>
              <w:sdtPr>
                <w:id w:val="1758396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5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5574">
              <w:t xml:space="preserve"> Full paper</w:t>
            </w:r>
          </w:p>
        </w:tc>
      </w:tr>
      <w:tr w:rsidR="00CD745A" w:rsidRPr="00260F73" w14:paraId="4F9E7C13" w14:textId="77777777" w:rsidTr="00CD745A">
        <w:tc>
          <w:tcPr>
            <w:tcW w:w="2723" w:type="dxa"/>
            <w:vAlign w:val="center"/>
          </w:tcPr>
          <w:p w14:paraId="5530C6EE" w14:textId="4E8D55D8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Complete or Ongoing</w:t>
            </w:r>
          </w:p>
        </w:tc>
        <w:tc>
          <w:tcPr>
            <w:tcW w:w="6627" w:type="dxa"/>
          </w:tcPr>
          <w:p w14:paraId="4B4C77D8" w14:textId="617357C6" w:rsidR="00CD745A" w:rsidRPr="00260F73" w:rsidRDefault="00CD745A" w:rsidP="00CD745A">
            <w:r w:rsidRPr="00260F73">
              <w:t xml:space="preserve">Complete  </w:t>
            </w:r>
            <w:sdt>
              <w:sdtPr>
                <w:id w:val="1566837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1398199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5C2CDB46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4AF9FBD7" w14:textId="2CFFB4CF" w:rsidR="00CD745A" w:rsidRPr="00015574" w:rsidRDefault="00CD745A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33F3DA5" w14:textId="295D5213" w:rsidR="00CD745A" w:rsidRPr="00260F73" w:rsidRDefault="00CD745A" w:rsidP="00CD745A">
            <w:r w:rsidRPr="00260F73">
              <w:t xml:space="preserve">Yes </w:t>
            </w:r>
            <w:sdt>
              <w:sdtPr>
                <w:id w:val="-1816093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080904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5C942432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EF3430" w14:textId="77777777" w:rsidR="00CD745A" w:rsidRPr="00260F73" w:rsidRDefault="00CD745A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B1F1C1" w14:textId="7DF1CA84" w:rsidR="00CD745A" w:rsidRPr="00260F73" w:rsidRDefault="00CD745A" w:rsidP="00CD745A"/>
        </w:tc>
      </w:tr>
      <w:tr w:rsidR="00015574" w:rsidRPr="00260F73" w14:paraId="0BA944D6" w14:textId="77777777" w:rsidTr="00695860">
        <w:tc>
          <w:tcPr>
            <w:tcW w:w="9350" w:type="dxa"/>
            <w:gridSpan w:val="2"/>
          </w:tcPr>
          <w:p w14:paraId="4D3BD6B9" w14:textId="27597157" w:rsidR="00015574" w:rsidRPr="00015574" w:rsidRDefault="00015574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-787118058"/>
                <w:placeholder>
                  <w:docPart w:val="4CD7F55E56614662B1BD690D409E392D"/>
                </w:placeholder>
                <w:showingPlcHdr/>
              </w:sdtPr>
              <w:sdtEndPr/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015574" w:rsidRPr="00260F73" w14:paraId="1B1A1FF0" w14:textId="77777777" w:rsidTr="00CD745A">
        <w:tc>
          <w:tcPr>
            <w:tcW w:w="2723" w:type="dxa"/>
            <w:vAlign w:val="center"/>
          </w:tcPr>
          <w:p w14:paraId="77C2801C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Role &amp; Authorship 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(1</w:t>
            </w:r>
            <w:r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st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, 2</w:t>
            </w:r>
            <w:r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nd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, 3</w:t>
            </w:r>
            <w:r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rd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 xml:space="preserve"> author, etc.)</w:t>
            </w:r>
          </w:p>
        </w:tc>
        <w:sdt>
          <w:sdtPr>
            <w:id w:val="449746171"/>
            <w:placeholder>
              <w:docPart w:val="83CA545F1404488F9BCDC6DF6ECD5698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7BB99F1D" w14:textId="77777777" w:rsidR="00015574" w:rsidRPr="00260F73" w:rsidRDefault="00015574" w:rsidP="00E73B0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15574" w:rsidRPr="00260F73" w14:paraId="231A638A" w14:textId="77777777" w:rsidTr="00CD745A">
        <w:tc>
          <w:tcPr>
            <w:tcW w:w="2723" w:type="dxa"/>
            <w:vAlign w:val="center"/>
          </w:tcPr>
          <w:p w14:paraId="5447EC2A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</w:p>
        </w:tc>
        <w:sdt>
          <w:sdtPr>
            <w:id w:val="-1156906668"/>
            <w:placeholder>
              <w:docPart w:val="64791A6C3B4B409F9841ABAC34947CDA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663BE704" w14:textId="77777777" w:rsidR="00015574" w:rsidRPr="00260F73" w:rsidRDefault="00015574" w:rsidP="00E73B0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15574" w:rsidRPr="00260F73" w14:paraId="2BA65AC2" w14:textId="77777777" w:rsidTr="00CD745A">
        <w:tc>
          <w:tcPr>
            <w:tcW w:w="2723" w:type="dxa"/>
            <w:vAlign w:val="center"/>
          </w:tcPr>
          <w:p w14:paraId="46696BDD" w14:textId="77777777" w:rsidR="00015574" w:rsidRPr="00015574" w:rsidRDefault="00015574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</w:p>
          <w:p w14:paraId="555BE91B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</w:p>
        </w:tc>
        <w:sdt>
          <w:sdtPr>
            <w:id w:val="714163112"/>
            <w:placeholder>
              <w:docPart w:val="7BB2F660841949E08B46FD76E76ED417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420A9942" w14:textId="77777777" w:rsidR="00015574" w:rsidRPr="00260F73" w:rsidRDefault="00015574" w:rsidP="00E73B0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15574" w:rsidRPr="00260F73" w14:paraId="0CFC572E" w14:textId="77777777" w:rsidTr="00CD745A">
        <w:tc>
          <w:tcPr>
            <w:tcW w:w="2723" w:type="dxa"/>
            <w:vAlign w:val="center"/>
          </w:tcPr>
          <w:p w14:paraId="27F49FE4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</w:p>
        </w:tc>
        <w:sdt>
          <w:sdtPr>
            <w:id w:val="-818576326"/>
            <w:placeholder>
              <w:docPart w:val="6522D1F9AF534FDC8C02CAF2CDAB4BB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6EA6B861" w14:textId="77777777" w:rsidR="00015574" w:rsidRPr="00260F73" w:rsidRDefault="00015574" w:rsidP="00E73B0F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015574" w:rsidRPr="00260F73" w14:paraId="74E7072C" w14:textId="77777777" w:rsidTr="00CD745A">
        <w:tc>
          <w:tcPr>
            <w:tcW w:w="2723" w:type="dxa"/>
            <w:vAlign w:val="center"/>
          </w:tcPr>
          <w:p w14:paraId="47A92F97" w14:textId="77777777" w:rsidR="00015574" w:rsidRPr="00015574" w:rsidRDefault="00015574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Publication Type (Poster Abstract or Full Paper)</w:t>
            </w:r>
          </w:p>
        </w:tc>
        <w:tc>
          <w:tcPr>
            <w:tcW w:w="6627" w:type="dxa"/>
          </w:tcPr>
          <w:p w14:paraId="40939051" w14:textId="77777777" w:rsidR="00015574" w:rsidRDefault="005631AB" w:rsidP="00C7253B">
            <w:sdt>
              <w:sdtPr>
                <w:id w:val="168681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5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5574">
              <w:t xml:space="preserve"> Poster </w:t>
            </w:r>
          </w:p>
          <w:p w14:paraId="781452CE" w14:textId="77777777" w:rsidR="00015574" w:rsidRDefault="005631AB" w:rsidP="00C7253B">
            <w:sdt>
              <w:sdtPr>
                <w:id w:val="-121079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5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5574">
              <w:t xml:space="preserve"> Abstract</w:t>
            </w:r>
          </w:p>
          <w:p w14:paraId="3EB9B1CE" w14:textId="77777777" w:rsidR="00015574" w:rsidRPr="00260F73" w:rsidRDefault="005631AB" w:rsidP="00C7253B">
            <w:sdt>
              <w:sdtPr>
                <w:id w:val="-2075257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5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5574">
              <w:t xml:space="preserve"> Full paper</w:t>
            </w:r>
          </w:p>
        </w:tc>
      </w:tr>
      <w:tr w:rsidR="00015574" w:rsidRPr="00260F73" w14:paraId="26B283C7" w14:textId="77777777" w:rsidTr="00CD745A">
        <w:tc>
          <w:tcPr>
            <w:tcW w:w="2723" w:type="dxa"/>
            <w:vAlign w:val="center"/>
          </w:tcPr>
          <w:p w14:paraId="5E0B0CEE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Complete or Ongoing</w:t>
            </w:r>
          </w:p>
        </w:tc>
        <w:tc>
          <w:tcPr>
            <w:tcW w:w="6627" w:type="dxa"/>
          </w:tcPr>
          <w:p w14:paraId="68FC00AB" w14:textId="77777777" w:rsidR="00015574" w:rsidRPr="00260F73" w:rsidRDefault="00015574" w:rsidP="00CD745A">
            <w:r w:rsidRPr="00260F73">
              <w:t xml:space="preserve">Complete  </w:t>
            </w:r>
            <w:sdt>
              <w:sdtPr>
                <w:id w:val="-900990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1129055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15574" w:rsidRPr="00260F73" w14:paraId="44C0D7F8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29763319" w14:textId="77777777" w:rsidR="00015574" w:rsidRPr="00015574" w:rsidRDefault="00015574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36931CB3" w14:textId="77777777" w:rsidR="00015574" w:rsidRPr="00260F73" w:rsidRDefault="00015574" w:rsidP="00CD745A">
            <w:r w:rsidRPr="00260F73">
              <w:t xml:space="preserve">Yes </w:t>
            </w:r>
            <w:sdt>
              <w:sdtPr>
                <w:id w:val="1079554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665217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15574" w:rsidRPr="00260F73" w14:paraId="56C52580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2A0FE0" w14:textId="77777777" w:rsidR="00015574" w:rsidRPr="00260F73" w:rsidRDefault="00015574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AFC27E" w14:textId="2543712C" w:rsidR="00015574" w:rsidRPr="00260F73" w:rsidRDefault="00015574" w:rsidP="00CD745A"/>
        </w:tc>
      </w:tr>
      <w:tr w:rsidR="00015574" w:rsidRPr="00260F73" w14:paraId="27B78C06" w14:textId="77777777" w:rsidTr="00695860">
        <w:tc>
          <w:tcPr>
            <w:tcW w:w="9350" w:type="dxa"/>
            <w:gridSpan w:val="2"/>
          </w:tcPr>
          <w:p w14:paraId="3CE491BB" w14:textId="7B1FA6A0" w:rsidR="00015574" w:rsidRPr="00015574" w:rsidRDefault="00015574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-809939562"/>
                <w:placeholder>
                  <w:docPart w:val="F382E02C342B49EE9B5620169D18E681"/>
                </w:placeholder>
                <w:showingPlcHdr/>
              </w:sdtPr>
              <w:sdtEndPr/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015574" w:rsidRPr="00260F73" w14:paraId="30F48971" w14:textId="77777777" w:rsidTr="00CD745A">
        <w:tc>
          <w:tcPr>
            <w:tcW w:w="2723" w:type="dxa"/>
            <w:vAlign w:val="center"/>
          </w:tcPr>
          <w:p w14:paraId="47839AE5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Role &amp; Authorship 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(1</w:t>
            </w:r>
            <w:r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st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, 2</w:t>
            </w:r>
            <w:r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nd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, 3</w:t>
            </w:r>
            <w:r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rd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 xml:space="preserve"> author, etc.)</w:t>
            </w:r>
          </w:p>
        </w:tc>
        <w:sdt>
          <w:sdtPr>
            <w:id w:val="-756441812"/>
            <w:placeholder>
              <w:docPart w:val="B3C318EBCB23488ABD237F04F18A79FA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1EDA1F6E" w14:textId="77777777" w:rsidR="00015574" w:rsidRPr="00260F73" w:rsidRDefault="00015574" w:rsidP="00E73B0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15574" w:rsidRPr="00260F73" w14:paraId="4B2F2609" w14:textId="77777777" w:rsidTr="00CD745A">
        <w:tc>
          <w:tcPr>
            <w:tcW w:w="2723" w:type="dxa"/>
            <w:vAlign w:val="center"/>
          </w:tcPr>
          <w:p w14:paraId="30497CA8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lastRenderedPageBreak/>
              <w:t>Publication/Conference Name</w:t>
            </w:r>
          </w:p>
        </w:tc>
        <w:sdt>
          <w:sdtPr>
            <w:id w:val="346213819"/>
            <w:placeholder>
              <w:docPart w:val="27DB70BD4451466F97471D39AB200A3E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0E401340" w14:textId="77777777" w:rsidR="00015574" w:rsidRPr="00260F73" w:rsidRDefault="00015574" w:rsidP="00E73B0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15574" w:rsidRPr="00260F73" w14:paraId="791D5FDB" w14:textId="77777777" w:rsidTr="00CD745A">
        <w:tc>
          <w:tcPr>
            <w:tcW w:w="2723" w:type="dxa"/>
            <w:vAlign w:val="center"/>
          </w:tcPr>
          <w:p w14:paraId="6AD3126A" w14:textId="77777777" w:rsidR="00015574" w:rsidRPr="00015574" w:rsidRDefault="00015574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</w:p>
          <w:p w14:paraId="3E7662F8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</w:p>
        </w:tc>
        <w:sdt>
          <w:sdtPr>
            <w:id w:val="-698703721"/>
            <w:placeholder>
              <w:docPart w:val="42B0EFB6E5C44B36A3A949DA73FDCE36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5EBFA4AD" w14:textId="77777777" w:rsidR="00015574" w:rsidRPr="00260F73" w:rsidRDefault="00015574" w:rsidP="00E73B0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15574" w:rsidRPr="00260F73" w14:paraId="053DFEFA" w14:textId="77777777" w:rsidTr="00CD745A">
        <w:tc>
          <w:tcPr>
            <w:tcW w:w="2723" w:type="dxa"/>
            <w:vAlign w:val="center"/>
          </w:tcPr>
          <w:p w14:paraId="76F33AAF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</w:p>
        </w:tc>
        <w:sdt>
          <w:sdtPr>
            <w:id w:val="853082337"/>
            <w:placeholder>
              <w:docPart w:val="889B4CFDD701402581D2184F70410878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6C1F3B97" w14:textId="77777777" w:rsidR="00015574" w:rsidRPr="00260F73" w:rsidRDefault="00015574" w:rsidP="00E73B0F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015574" w:rsidRPr="00260F73" w14:paraId="105B1798" w14:textId="77777777" w:rsidTr="00CD745A">
        <w:tc>
          <w:tcPr>
            <w:tcW w:w="2723" w:type="dxa"/>
            <w:vAlign w:val="center"/>
          </w:tcPr>
          <w:p w14:paraId="366B7EAF" w14:textId="77777777" w:rsidR="00015574" w:rsidRPr="00015574" w:rsidRDefault="00015574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Publication Type (Poster Abstract or Full Paper)</w:t>
            </w:r>
          </w:p>
        </w:tc>
        <w:tc>
          <w:tcPr>
            <w:tcW w:w="6627" w:type="dxa"/>
          </w:tcPr>
          <w:p w14:paraId="54E7CC73" w14:textId="77777777" w:rsidR="00015574" w:rsidRDefault="005631AB" w:rsidP="00C7253B">
            <w:sdt>
              <w:sdtPr>
                <w:id w:val="-299383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5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5574">
              <w:t xml:space="preserve"> Poster </w:t>
            </w:r>
          </w:p>
          <w:p w14:paraId="5B9B3F8D" w14:textId="77777777" w:rsidR="00015574" w:rsidRDefault="005631AB" w:rsidP="00C7253B">
            <w:sdt>
              <w:sdtPr>
                <w:id w:val="565851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5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5574">
              <w:t xml:space="preserve"> Abstract</w:t>
            </w:r>
          </w:p>
          <w:p w14:paraId="6DE1F403" w14:textId="77777777" w:rsidR="00015574" w:rsidRPr="00260F73" w:rsidRDefault="005631AB" w:rsidP="00C7253B">
            <w:sdt>
              <w:sdtPr>
                <w:id w:val="-20785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5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5574">
              <w:t xml:space="preserve"> Full paper</w:t>
            </w:r>
          </w:p>
        </w:tc>
      </w:tr>
      <w:tr w:rsidR="00015574" w:rsidRPr="00260F73" w14:paraId="046FF2C5" w14:textId="77777777" w:rsidTr="00CD745A">
        <w:tc>
          <w:tcPr>
            <w:tcW w:w="2723" w:type="dxa"/>
            <w:vAlign w:val="center"/>
          </w:tcPr>
          <w:p w14:paraId="11A4E97B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Complete or Ongoing</w:t>
            </w:r>
          </w:p>
        </w:tc>
        <w:tc>
          <w:tcPr>
            <w:tcW w:w="6627" w:type="dxa"/>
          </w:tcPr>
          <w:p w14:paraId="7E9DBD31" w14:textId="77777777" w:rsidR="00015574" w:rsidRPr="00260F73" w:rsidRDefault="00015574" w:rsidP="00CD745A">
            <w:r w:rsidRPr="00260F73">
              <w:t xml:space="preserve">Complete  </w:t>
            </w:r>
            <w:sdt>
              <w:sdtPr>
                <w:id w:val="-2071339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1558766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15574" w:rsidRPr="00260F73" w14:paraId="489BEBFC" w14:textId="77777777" w:rsidTr="00700CE5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55C12DAE" w14:textId="77777777" w:rsidR="00015574" w:rsidRPr="00015574" w:rsidRDefault="00015574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6F025C4D" w14:textId="77777777" w:rsidR="00015574" w:rsidRPr="00260F73" w:rsidRDefault="00015574" w:rsidP="00CD745A">
            <w:r w:rsidRPr="00260F73">
              <w:t xml:space="preserve">Yes </w:t>
            </w:r>
            <w:sdt>
              <w:sdtPr>
                <w:id w:val="864407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224035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0CE5" w:rsidRPr="00260F73" w14:paraId="35B5ED64" w14:textId="77777777" w:rsidTr="00700CE5">
        <w:tc>
          <w:tcPr>
            <w:tcW w:w="272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18549CB" w14:textId="77777777" w:rsidR="00700CE5" w:rsidRPr="00015574" w:rsidRDefault="00700CE5" w:rsidP="00CD745A">
            <w:pPr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6627" w:type="dxa"/>
            <w:tcBorders>
              <w:left w:val="nil"/>
              <w:bottom w:val="single" w:sz="4" w:space="0" w:color="auto"/>
              <w:right w:val="nil"/>
            </w:tcBorders>
          </w:tcPr>
          <w:p w14:paraId="316CCB09" w14:textId="77777777" w:rsidR="00700CE5" w:rsidRPr="00260F73" w:rsidRDefault="00700CE5" w:rsidP="00CD745A"/>
        </w:tc>
      </w:tr>
      <w:tr w:rsidR="00700CE5" w:rsidRPr="00260F73" w14:paraId="0987063D" w14:textId="77777777" w:rsidTr="000B319E">
        <w:tc>
          <w:tcPr>
            <w:tcW w:w="9350" w:type="dxa"/>
            <w:gridSpan w:val="2"/>
          </w:tcPr>
          <w:p w14:paraId="3395811D" w14:textId="77777777" w:rsidR="00700CE5" w:rsidRPr="00015574" w:rsidRDefault="00700CE5" w:rsidP="000B319E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-1346248767"/>
                <w:placeholder>
                  <w:docPart w:val="14795785F87345A3B268B7B7D17DEAA4"/>
                </w:placeholder>
                <w:showingPlcHdr/>
              </w:sdtPr>
              <w:sdtEndPr/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700CE5" w:rsidRPr="00260F73" w14:paraId="23954FBD" w14:textId="77777777" w:rsidTr="000B319E">
        <w:tc>
          <w:tcPr>
            <w:tcW w:w="2723" w:type="dxa"/>
            <w:vAlign w:val="center"/>
          </w:tcPr>
          <w:p w14:paraId="1C06F754" w14:textId="77777777" w:rsidR="00700CE5" w:rsidRPr="00015574" w:rsidRDefault="00700CE5" w:rsidP="000B319E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Role &amp; Authorship 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(1</w:t>
            </w:r>
            <w:r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st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, 2</w:t>
            </w:r>
            <w:r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nd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, 3</w:t>
            </w:r>
            <w:r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rd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 xml:space="preserve"> author, etc.)</w:t>
            </w:r>
          </w:p>
        </w:tc>
        <w:sdt>
          <w:sdtPr>
            <w:id w:val="1728949684"/>
            <w:placeholder>
              <w:docPart w:val="D7E70E0172D24A03A702C5414635EC59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524B0896" w14:textId="77777777" w:rsidR="00700CE5" w:rsidRPr="00260F73" w:rsidRDefault="00700CE5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2B7DF5C7" w14:textId="77777777" w:rsidTr="000B319E">
        <w:tc>
          <w:tcPr>
            <w:tcW w:w="2723" w:type="dxa"/>
            <w:vAlign w:val="center"/>
          </w:tcPr>
          <w:p w14:paraId="3220D90E" w14:textId="77777777" w:rsidR="00700CE5" w:rsidRPr="00015574" w:rsidRDefault="00700CE5" w:rsidP="000B319E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</w:p>
        </w:tc>
        <w:sdt>
          <w:sdtPr>
            <w:id w:val="712857855"/>
            <w:placeholder>
              <w:docPart w:val="3476CB69C1644606A7DDB257E46456C5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3133CE4C" w14:textId="77777777" w:rsidR="00700CE5" w:rsidRPr="00260F73" w:rsidRDefault="00700CE5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0B284E77" w14:textId="77777777" w:rsidTr="000B319E">
        <w:tc>
          <w:tcPr>
            <w:tcW w:w="2723" w:type="dxa"/>
            <w:vAlign w:val="center"/>
          </w:tcPr>
          <w:p w14:paraId="1A4AA7AA" w14:textId="77777777" w:rsidR="00700CE5" w:rsidRPr="00015574" w:rsidRDefault="00700CE5" w:rsidP="000B319E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</w:p>
          <w:p w14:paraId="3D0EEC77" w14:textId="77777777" w:rsidR="00700CE5" w:rsidRPr="00015574" w:rsidRDefault="00700CE5" w:rsidP="000B319E">
            <w:pPr>
              <w:rPr>
                <w:rFonts w:cs="Calibri"/>
                <w:szCs w:val="24"/>
              </w:rPr>
            </w:pPr>
          </w:p>
        </w:tc>
        <w:sdt>
          <w:sdtPr>
            <w:id w:val="1980964522"/>
            <w:placeholder>
              <w:docPart w:val="51B71DC2550D46DE8019DED3F7D42B42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0092648E" w14:textId="77777777" w:rsidR="00700CE5" w:rsidRPr="00260F73" w:rsidRDefault="00700CE5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5D420170" w14:textId="77777777" w:rsidTr="000B319E">
        <w:tc>
          <w:tcPr>
            <w:tcW w:w="2723" w:type="dxa"/>
            <w:vAlign w:val="center"/>
          </w:tcPr>
          <w:p w14:paraId="2456EB86" w14:textId="77777777" w:rsidR="00700CE5" w:rsidRPr="00015574" w:rsidRDefault="00700CE5" w:rsidP="000B319E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</w:p>
        </w:tc>
        <w:sdt>
          <w:sdtPr>
            <w:id w:val="-1282492677"/>
            <w:placeholder>
              <w:docPart w:val="33E20F6ACE47444B9FA9C6776968C7A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35962CD0" w14:textId="77777777" w:rsidR="00700CE5" w:rsidRPr="00260F73" w:rsidRDefault="00700CE5" w:rsidP="000B319E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00CE5" w:rsidRPr="00260F73" w14:paraId="68639B20" w14:textId="77777777" w:rsidTr="000B319E">
        <w:tc>
          <w:tcPr>
            <w:tcW w:w="2723" w:type="dxa"/>
            <w:vAlign w:val="center"/>
          </w:tcPr>
          <w:p w14:paraId="483E0DFD" w14:textId="77777777" w:rsidR="00700CE5" w:rsidRPr="00015574" w:rsidRDefault="00700CE5" w:rsidP="000B319E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Publication Type (Poster Abstract or Full Paper)</w:t>
            </w:r>
          </w:p>
        </w:tc>
        <w:tc>
          <w:tcPr>
            <w:tcW w:w="6627" w:type="dxa"/>
          </w:tcPr>
          <w:p w14:paraId="0FAB76C2" w14:textId="77777777" w:rsidR="00700CE5" w:rsidRDefault="005631AB" w:rsidP="000B319E">
            <w:sdt>
              <w:sdtPr>
                <w:id w:val="523212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0C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00CE5">
              <w:t xml:space="preserve"> Poster </w:t>
            </w:r>
          </w:p>
          <w:p w14:paraId="3FF7ADC5" w14:textId="77777777" w:rsidR="00700CE5" w:rsidRDefault="005631AB" w:rsidP="000B319E">
            <w:sdt>
              <w:sdtPr>
                <w:id w:val="439024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0C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00CE5">
              <w:t xml:space="preserve"> Abstract</w:t>
            </w:r>
          </w:p>
          <w:p w14:paraId="1BD22860" w14:textId="77777777" w:rsidR="00700CE5" w:rsidRPr="00260F73" w:rsidRDefault="005631AB" w:rsidP="000B319E">
            <w:sdt>
              <w:sdtPr>
                <w:id w:val="-1821561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0C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00CE5">
              <w:t xml:space="preserve"> Full paper</w:t>
            </w:r>
          </w:p>
        </w:tc>
      </w:tr>
      <w:tr w:rsidR="00700CE5" w:rsidRPr="00260F73" w14:paraId="62322AA3" w14:textId="77777777" w:rsidTr="000B319E">
        <w:tc>
          <w:tcPr>
            <w:tcW w:w="2723" w:type="dxa"/>
            <w:vAlign w:val="center"/>
          </w:tcPr>
          <w:p w14:paraId="504319ED" w14:textId="77777777" w:rsidR="00700CE5" w:rsidRPr="00015574" w:rsidRDefault="00700CE5" w:rsidP="000B319E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Complete or Ongoing</w:t>
            </w:r>
          </w:p>
        </w:tc>
        <w:tc>
          <w:tcPr>
            <w:tcW w:w="6627" w:type="dxa"/>
          </w:tcPr>
          <w:p w14:paraId="39468A3D" w14:textId="77777777" w:rsidR="00700CE5" w:rsidRPr="00260F73" w:rsidRDefault="00700CE5" w:rsidP="000B319E">
            <w:r w:rsidRPr="00260F73">
              <w:t xml:space="preserve">Complete  </w:t>
            </w:r>
            <w:sdt>
              <w:sdtPr>
                <w:id w:val="2106833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1013728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0CE5" w:rsidRPr="00260F73" w14:paraId="1E7C5865" w14:textId="77777777" w:rsidTr="00700CE5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399A9F4F" w14:textId="77777777" w:rsidR="00700CE5" w:rsidRPr="00015574" w:rsidRDefault="00700CE5" w:rsidP="000B319E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BDE6958" w14:textId="77777777" w:rsidR="00700CE5" w:rsidRPr="00260F73" w:rsidRDefault="00700CE5" w:rsidP="000B319E">
            <w:r w:rsidRPr="00260F73">
              <w:t xml:space="preserve">Yes </w:t>
            </w:r>
            <w:sdt>
              <w:sdtPr>
                <w:id w:val="177776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516276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0CE5" w:rsidRPr="00260F73" w14:paraId="1A4B5AA4" w14:textId="77777777" w:rsidTr="00700CE5">
        <w:tc>
          <w:tcPr>
            <w:tcW w:w="272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F16F5BF" w14:textId="77777777" w:rsidR="00700CE5" w:rsidRPr="00015574" w:rsidRDefault="00700CE5" w:rsidP="00CD745A">
            <w:pPr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6627" w:type="dxa"/>
            <w:tcBorders>
              <w:left w:val="nil"/>
              <w:bottom w:val="single" w:sz="4" w:space="0" w:color="auto"/>
              <w:right w:val="nil"/>
            </w:tcBorders>
          </w:tcPr>
          <w:p w14:paraId="5EDE896F" w14:textId="77777777" w:rsidR="00700CE5" w:rsidRPr="00260F73" w:rsidRDefault="00700CE5" w:rsidP="00CD745A"/>
        </w:tc>
      </w:tr>
      <w:tr w:rsidR="00700CE5" w:rsidRPr="00260F73" w14:paraId="171A6E75" w14:textId="77777777" w:rsidTr="000B319E">
        <w:tc>
          <w:tcPr>
            <w:tcW w:w="9350" w:type="dxa"/>
            <w:gridSpan w:val="2"/>
          </w:tcPr>
          <w:p w14:paraId="04ED1A66" w14:textId="77777777" w:rsidR="00700CE5" w:rsidRPr="00015574" w:rsidRDefault="00700CE5" w:rsidP="000B319E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482049673"/>
                <w:placeholder>
                  <w:docPart w:val="3B7DF0E4A11346189B41BF7ACFCF29AB"/>
                </w:placeholder>
                <w:showingPlcHdr/>
              </w:sdtPr>
              <w:sdtEndPr/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700CE5" w:rsidRPr="00260F73" w14:paraId="66D7540D" w14:textId="77777777" w:rsidTr="000B319E">
        <w:tc>
          <w:tcPr>
            <w:tcW w:w="2723" w:type="dxa"/>
            <w:vAlign w:val="center"/>
          </w:tcPr>
          <w:p w14:paraId="6C0C4934" w14:textId="77777777" w:rsidR="00700CE5" w:rsidRPr="00015574" w:rsidRDefault="00700CE5" w:rsidP="000B319E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Role &amp; Authorship 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(1</w:t>
            </w:r>
            <w:r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st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, 2</w:t>
            </w:r>
            <w:r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nd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, 3</w:t>
            </w:r>
            <w:r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rd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 xml:space="preserve"> author, etc.)</w:t>
            </w:r>
          </w:p>
        </w:tc>
        <w:sdt>
          <w:sdtPr>
            <w:id w:val="-1337073721"/>
            <w:placeholder>
              <w:docPart w:val="2E662A55009D4E04A1C9F333D5C6F589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2E6153C4" w14:textId="77777777" w:rsidR="00700CE5" w:rsidRPr="00260F73" w:rsidRDefault="00700CE5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38C99373" w14:textId="77777777" w:rsidTr="000B319E">
        <w:tc>
          <w:tcPr>
            <w:tcW w:w="2723" w:type="dxa"/>
            <w:vAlign w:val="center"/>
          </w:tcPr>
          <w:p w14:paraId="6DC06C5C" w14:textId="77777777" w:rsidR="00700CE5" w:rsidRPr="00015574" w:rsidRDefault="00700CE5" w:rsidP="000B319E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</w:p>
        </w:tc>
        <w:sdt>
          <w:sdtPr>
            <w:id w:val="1226490097"/>
            <w:placeholder>
              <w:docPart w:val="B70514D84B0F4F2C92214C3DD3BB1071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0A09E602" w14:textId="77777777" w:rsidR="00700CE5" w:rsidRPr="00260F73" w:rsidRDefault="00700CE5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25933722" w14:textId="77777777" w:rsidTr="000B319E">
        <w:tc>
          <w:tcPr>
            <w:tcW w:w="2723" w:type="dxa"/>
            <w:vAlign w:val="center"/>
          </w:tcPr>
          <w:p w14:paraId="282A6983" w14:textId="77777777" w:rsidR="00700CE5" w:rsidRPr="00015574" w:rsidRDefault="00700CE5" w:rsidP="000B319E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</w:p>
          <w:p w14:paraId="7E1E8C0B" w14:textId="77777777" w:rsidR="00700CE5" w:rsidRPr="00015574" w:rsidRDefault="00700CE5" w:rsidP="000B319E">
            <w:pPr>
              <w:rPr>
                <w:rFonts w:cs="Calibri"/>
                <w:szCs w:val="24"/>
              </w:rPr>
            </w:pPr>
          </w:p>
        </w:tc>
        <w:sdt>
          <w:sdtPr>
            <w:id w:val="1437101425"/>
            <w:placeholder>
              <w:docPart w:val="86B020D0DDF441728AE480706F4701B1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74EF90CE" w14:textId="77777777" w:rsidR="00700CE5" w:rsidRPr="00260F73" w:rsidRDefault="00700CE5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1E833696" w14:textId="77777777" w:rsidTr="000B319E">
        <w:tc>
          <w:tcPr>
            <w:tcW w:w="2723" w:type="dxa"/>
            <w:vAlign w:val="center"/>
          </w:tcPr>
          <w:p w14:paraId="1BB6D66A" w14:textId="77777777" w:rsidR="00700CE5" w:rsidRPr="00015574" w:rsidRDefault="00700CE5" w:rsidP="000B319E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lastRenderedPageBreak/>
              <w:t>Publication/Presentation Date</w:t>
            </w:r>
          </w:p>
        </w:tc>
        <w:sdt>
          <w:sdtPr>
            <w:id w:val="-477696601"/>
            <w:placeholder>
              <w:docPart w:val="E17E0B2509DF43D6A9B65B04E806FF6F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504C69C9" w14:textId="77777777" w:rsidR="00700CE5" w:rsidRPr="00260F73" w:rsidRDefault="00700CE5" w:rsidP="000B319E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00CE5" w:rsidRPr="00260F73" w14:paraId="620668CD" w14:textId="77777777" w:rsidTr="000B319E">
        <w:tc>
          <w:tcPr>
            <w:tcW w:w="2723" w:type="dxa"/>
            <w:vAlign w:val="center"/>
          </w:tcPr>
          <w:p w14:paraId="2AD1E7EB" w14:textId="77777777" w:rsidR="00700CE5" w:rsidRPr="00015574" w:rsidRDefault="00700CE5" w:rsidP="000B319E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Publication Type (Poster Abstract or Full Paper)</w:t>
            </w:r>
          </w:p>
        </w:tc>
        <w:tc>
          <w:tcPr>
            <w:tcW w:w="6627" w:type="dxa"/>
          </w:tcPr>
          <w:p w14:paraId="51BAEA87" w14:textId="77777777" w:rsidR="00700CE5" w:rsidRDefault="005631AB" w:rsidP="000B319E">
            <w:sdt>
              <w:sdtPr>
                <w:id w:val="-1630240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0C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00CE5">
              <w:t xml:space="preserve"> Poster </w:t>
            </w:r>
          </w:p>
          <w:p w14:paraId="0AC413D0" w14:textId="77777777" w:rsidR="00700CE5" w:rsidRDefault="005631AB" w:rsidP="000B319E">
            <w:sdt>
              <w:sdtPr>
                <w:id w:val="-1931808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0C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00CE5">
              <w:t xml:space="preserve"> Abstract</w:t>
            </w:r>
          </w:p>
          <w:p w14:paraId="1F38D314" w14:textId="77777777" w:rsidR="00700CE5" w:rsidRPr="00260F73" w:rsidRDefault="005631AB" w:rsidP="000B319E">
            <w:sdt>
              <w:sdtPr>
                <w:id w:val="-630245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0C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00CE5">
              <w:t xml:space="preserve"> Full paper</w:t>
            </w:r>
          </w:p>
        </w:tc>
      </w:tr>
      <w:tr w:rsidR="00700CE5" w:rsidRPr="00260F73" w14:paraId="2CEE6512" w14:textId="77777777" w:rsidTr="000B319E">
        <w:tc>
          <w:tcPr>
            <w:tcW w:w="2723" w:type="dxa"/>
            <w:vAlign w:val="center"/>
          </w:tcPr>
          <w:p w14:paraId="2AEF65B4" w14:textId="77777777" w:rsidR="00700CE5" w:rsidRPr="00015574" w:rsidRDefault="00700CE5" w:rsidP="000B319E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Complete or Ongoing</w:t>
            </w:r>
          </w:p>
        </w:tc>
        <w:tc>
          <w:tcPr>
            <w:tcW w:w="6627" w:type="dxa"/>
          </w:tcPr>
          <w:p w14:paraId="3D1D6D14" w14:textId="77777777" w:rsidR="00700CE5" w:rsidRPr="00260F73" w:rsidRDefault="00700CE5" w:rsidP="000B319E">
            <w:r w:rsidRPr="00260F73">
              <w:t xml:space="preserve">Complete  </w:t>
            </w:r>
            <w:sdt>
              <w:sdtPr>
                <w:id w:val="-1405132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1056442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0CE5" w:rsidRPr="00260F73" w14:paraId="125D0AD9" w14:textId="77777777" w:rsidTr="00700CE5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50A81DFC" w14:textId="77777777" w:rsidR="00700CE5" w:rsidRPr="00015574" w:rsidRDefault="00700CE5" w:rsidP="000B319E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5C931A19" w14:textId="77777777" w:rsidR="00700CE5" w:rsidRPr="00260F73" w:rsidRDefault="00700CE5" w:rsidP="000B319E">
            <w:r w:rsidRPr="00260F73">
              <w:t xml:space="preserve">Yes </w:t>
            </w:r>
            <w:sdt>
              <w:sdtPr>
                <w:id w:val="1447735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494478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0CE5" w:rsidRPr="00260F73" w14:paraId="1DA998F6" w14:textId="77777777" w:rsidTr="00700CE5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E94C5F" w14:textId="77777777" w:rsidR="00700CE5" w:rsidRPr="00015574" w:rsidRDefault="00700CE5" w:rsidP="00CD745A">
            <w:pPr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239F79" w14:textId="77777777" w:rsidR="00700CE5" w:rsidRPr="00260F73" w:rsidRDefault="00700CE5" w:rsidP="00CD745A"/>
        </w:tc>
      </w:tr>
      <w:tr w:rsidR="00015574" w:rsidRPr="00260F73" w14:paraId="4A5F00CB" w14:textId="77777777" w:rsidTr="00700CE5"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8FFAF" w14:textId="77777777" w:rsidR="00015574" w:rsidRPr="00260F73" w:rsidRDefault="00015574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</w:tcPr>
          <w:p w14:paraId="7435ADF2" w14:textId="500D12F2" w:rsidR="00015574" w:rsidRPr="00260F73" w:rsidRDefault="00015574" w:rsidP="00CD745A"/>
        </w:tc>
      </w:tr>
    </w:tbl>
    <w:p w14:paraId="6CF51C3B" w14:textId="77777777" w:rsidR="00700CE5" w:rsidRDefault="00700CE5">
      <w:pPr>
        <w:pStyle w:val="Heading1"/>
      </w:pPr>
    </w:p>
    <w:p w14:paraId="1687B11B" w14:textId="77777777" w:rsidR="00700CE5" w:rsidRDefault="00700CE5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01499F46" w14:textId="12490669" w:rsidR="00214ECC" w:rsidRPr="00260F73" w:rsidRDefault="003729FB">
      <w:pPr>
        <w:pStyle w:val="Heading1"/>
      </w:pPr>
      <w:r w:rsidRPr="00260F73">
        <w:lastRenderedPageBreak/>
        <w:t xml:space="preserve">Teaching </w:t>
      </w:r>
      <w:r w:rsidR="00015574">
        <w:t>e</w:t>
      </w:r>
      <w:r w:rsidRPr="00260F73">
        <w:t>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E9708F" w:rsidRPr="00260F73" w14:paraId="66F7ED9E" w14:textId="77777777" w:rsidTr="00A0792E">
        <w:tc>
          <w:tcPr>
            <w:tcW w:w="2689" w:type="dxa"/>
          </w:tcPr>
          <w:p w14:paraId="1ADD563F" w14:textId="1D7D64B6" w:rsidR="00E9708F" w:rsidRPr="00260F73" w:rsidRDefault="00E9708F">
            <w:r w:rsidRPr="00260F73">
              <w:rPr>
                <w:b/>
                <w:bCs/>
              </w:rPr>
              <w:t>Role</w:t>
            </w:r>
          </w:p>
        </w:tc>
        <w:sdt>
          <w:sdtPr>
            <w:id w:val="902106861"/>
            <w:placeholder>
              <w:docPart w:val="7041F98D97294F33B27DB409BE8E34F1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38426A61" w14:textId="6DC414F8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3B740C1B" w14:textId="77777777" w:rsidTr="00A0792E">
        <w:tc>
          <w:tcPr>
            <w:tcW w:w="2689" w:type="dxa"/>
          </w:tcPr>
          <w:p w14:paraId="5063B332" w14:textId="5483306F" w:rsidR="00E9708F" w:rsidRPr="00260F73" w:rsidRDefault="00E9708F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15619653"/>
            <w:placeholder>
              <w:docPart w:val="73AB6D1D873F4738BF61AE697637871D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BDE551D" w14:textId="5EDF4BE1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66CA38CE" w14:textId="77777777" w:rsidTr="00A0792E">
        <w:tc>
          <w:tcPr>
            <w:tcW w:w="2689" w:type="dxa"/>
          </w:tcPr>
          <w:p w14:paraId="6E014817" w14:textId="4BF4295B" w:rsidR="00E9708F" w:rsidRPr="00260F73" w:rsidRDefault="00E9708F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-1642029865"/>
            <w:placeholder>
              <w:docPart w:val="520891A0A4C04E9D9F8A8F3644975CB1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23783DB" w14:textId="2A8EDBCC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37EA1DB7" w14:textId="77777777" w:rsidTr="00A0792E">
        <w:tc>
          <w:tcPr>
            <w:tcW w:w="2689" w:type="dxa"/>
          </w:tcPr>
          <w:p w14:paraId="287584B0" w14:textId="77777777" w:rsidR="00E9708F" w:rsidRPr="00260F73" w:rsidRDefault="00E9708F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76F22547" w14:textId="77777777" w:rsidR="00E9708F" w:rsidRPr="00260F73" w:rsidRDefault="00E9708F"/>
        </w:tc>
        <w:sdt>
          <w:sdtPr>
            <w:id w:val="206851474"/>
            <w:placeholder>
              <w:docPart w:val="C582574595EA444189787F4DFB8EE37F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28D0AF4" w14:textId="14E793E1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4B70A0A3" w14:textId="77777777" w:rsidTr="00A0792E">
        <w:tc>
          <w:tcPr>
            <w:tcW w:w="2689" w:type="dxa"/>
          </w:tcPr>
          <w:p w14:paraId="2B82BE9D" w14:textId="190108BB" w:rsidR="00E9708F" w:rsidRPr="00260F73" w:rsidRDefault="00E9708F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51D74B4D" w14:textId="3CBD99A1" w:rsidR="00E9708F" w:rsidRPr="00260F73" w:rsidRDefault="00E9708F">
            <w:r w:rsidRPr="00260F73">
              <w:t xml:space="preserve">Complete  </w:t>
            </w:r>
            <w:sdt>
              <w:sdtPr>
                <w:id w:val="1778052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819889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:rsidRPr="00260F73" w14:paraId="605DD3C8" w14:textId="77777777" w:rsidTr="00A0792E">
        <w:tc>
          <w:tcPr>
            <w:tcW w:w="2689" w:type="dxa"/>
          </w:tcPr>
          <w:p w14:paraId="3ACF7AFC" w14:textId="2D9BB58C" w:rsidR="00E9708F" w:rsidRPr="00260F73" w:rsidRDefault="00E9708F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144629995"/>
            <w:placeholder>
              <w:docPart w:val="55670920D67C4481B676B57D42BEF39B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4ADF35B" w14:textId="075D342D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566A2045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119B54C1" w14:textId="25B16C01" w:rsidR="00E9708F" w:rsidRPr="00260F73" w:rsidRDefault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0F0F3B7F" w14:textId="318FBCA3" w:rsidR="00E9708F" w:rsidRPr="00260F73" w:rsidRDefault="00E9708F">
            <w:r w:rsidRPr="00260F73">
              <w:t xml:space="preserve">Yes </w:t>
            </w:r>
            <w:sdt>
              <w:sdtPr>
                <w:id w:val="1017657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229493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:rsidRPr="00260F73" w14:paraId="3B48CE59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BA6886" w14:textId="5B3AA736" w:rsidR="00E9708F" w:rsidRPr="00260F73" w:rsidRDefault="00E9708F"/>
        </w:tc>
      </w:tr>
      <w:tr w:rsidR="00700CE5" w:rsidRPr="00260F73" w14:paraId="3818F9B8" w14:textId="77777777" w:rsidTr="00A0792E">
        <w:tc>
          <w:tcPr>
            <w:tcW w:w="2689" w:type="dxa"/>
          </w:tcPr>
          <w:p w14:paraId="60016DA1" w14:textId="142545FC" w:rsidR="00700CE5" w:rsidRPr="00260F73" w:rsidRDefault="00700CE5">
            <w:r w:rsidRPr="00260F73">
              <w:rPr>
                <w:b/>
                <w:bCs/>
              </w:rPr>
              <w:t>Role</w:t>
            </w:r>
          </w:p>
        </w:tc>
        <w:sdt>
          <w:sdtPr>
            <w:id w:val="-368145699"/>
            <w:placeholder>
              <w:docPart w:val="5067513E1FEE485583DC2D511D4FE574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31D79FC4" w14:textId="77777777" w:rsidR="00700CE5" w:rsidRPr="00260F73" w:rsidRDefault="00700CE5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4E660987" w14:textId="77777777" w:rsidTr="00A0792E">
        <w:tc>
          <w:tcPr>
            <w:tcW w:w="2689" w:type="dxa"/>
          </w:tcPr>
          <w:p w14:paraId="3130E7AE" w14:textId="77777777" w:rsidR="00700CE5" w:rsidRPr="00260F73" w:rsidRDefault="00700CE5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1788652586"/>
            <w:placeholder>
              <w:docPart w:val="6A5AF4402CB8477FA22404E798D51F42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3C34BDE7" w14:textId="77777777" w:rsidR="00700CE5" w:rsidRPr="00260F73" w:rsidRDefault="00700CE5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41405088" w14:textId="77777777" w:rsidTr="00A0792E">
        <w:tc>
          <w:tcPr>
            <w:tcW w:w="2689" w:type="dxa"/>
          </w:tcPr>
          <w:p w14:paraId="3B886C3D" w14:textId="77777777" w:rsidR="00700CE5" w:rsidRPr="00260F73" w:rsidRDefault="00700CE5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-2124689746"/>
            <w:placeholder>
              <w:docPart w:val="1D6756481FC3436FB9B7F9262047B867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7BAD4516" w14:textId="77777777" w:rsidR="00700CE5" w:rsidRPr="00260F73" w:rsidRDefault="00700CE5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6109F590" w14:textId="77777777" w:rsidTr="00A0792E">
        <w:tc>
          <w:tcPr>
            <w:tcW w:w="2689" w:type="dxa"/>
          </w:tcPr>
          <w:p w14:paraId="5B5E4ED7" w14:textId="77777777" w:rsidR="00700CE5" w:rsidRPr="00260F73" w:rsidRDefault="00700CE5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4C037B5A" w14:textId="77777777" w:rsidR="00700CE5" w:rsidRPr="00260F73" w:rsidRDefault="00700CE5"/>
        </w:tc>
        <w:sdt>
          <w:sdtPr>
            <w:id w:val="1574777850"/>
            <w:placeholder>
              <w:docPart w:val="A367D57B32844EBC9A3E9B9460193851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3C9FFF17" w14:textId="77777777" w:rsidR="00700CE5" w:rsidRPr="00260F73" w:rsidRDefault="00700CE5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14CA98D1" w14:textId="77777777" w:rsidTr="00A0792E">
        <w:tc>
          <w:tcPr>
            <w:tcW w:w="2689" w:type="dxa"/>
          </w:tcPr>
          <w:p w14:paraId="561E77D8" w14:textId="77777777" w:rsidR="00700CE5" w:rsidRPr="00260F73" w:rsidRDefault="00700CE5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69E86DD6" w14:textId="77777777" w:rsidR="00700CE5" w:rsidRPr="00260F73" w:rsidRDefault="00700CE5">
            <w:r w:rsidRPr="00260F73">
              <w:t xml:space="preserve">Complete  </w:t>
            </w:r>
            <w:sdt>
              <w:sdtPr>
                <w:id w:val="1094052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903687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0CE5" w:rsidRPr="00260F73" w14:paraId="3301D142" w14:textId="77777777" w:rsidTr="00A0792E">
        <w:tc>
          <w:tcPr>
            <w:tcW w:w="2689" w:type="dxa"/>
          </w:tcPr>
          <w:p w14:paraId="3B5536E2" w14:textId="77777777" w:rsidR="00700CE5" w:rsidRPr="00260F73" w:rsidRDefault="00700CE5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-1675647999"/>
            <w:placeholder>
              <w:docPart w:val="16F7AE26D9954FE8A13C68ECE16F38A3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F275557" w14:textId="77777777" w:rsidR="00700CE5" w:rsidRPr="00260F73" w:rsidRDefault="00700CE5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2C9EB480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67C5A4F8" w14:textId="77777777" w:rsidR="00700CE5" w:rsidRPr="00260F73" w:rsidRDefault="00700CE5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2456AFB0" w14:textId="77777777" w:rsidR="00700CE5" w:rsidRPr="00260F73" w:rsidRDefault="00700CE5">
            <w:r w:rsidRPr="00260F73">
              <w:t xml:space="preserve">Yes </w:t>
            </w:r>
            <w:sdt>
              <w:sdtPr>
                <w:id w:val="198140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001165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0CE5" w:rsidRPr="00260F73" w14:paraId="360D3B8C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7F69DD" w14:textId="4EBF18BF" w:rsidR="00700CE5" w:rsidRPr="00260F73" w:rsidRDefault="00700CE5"/>
        </w:tc>
      </w:tr>
      <w:tr w:rsidR="00700CE5" w:rsidRPr="00260F73" w14:paraId="4F5F6E1B" w14:textId="77777777" w:rsidTr="00A0792E">
        <w:tc>
          <w:tcPr>
            <w:tcW w:w="2689" w:type="dxa"/>
          </w:tcPr>
          <w:p w14:paraId="68612935" w14:textId="38C87DAE" w:rsidR="00700CE5" w:rsidRPr="00260F73" w:rsidRDefault="00700CE5">
            <w:r w:rsidRPr="00260F73">
              <w:rPr>
                <w:b/>
                <w:bCs/>
              </w:rPr>
              <w:t>Role</w:t>
            </w:r>
          </w:p>
        </w:tc>
        <w:sdt>
          <w:sdtPr>
            <w:id w:val="1610161298"/>
            <w:placeholder>
              <w:docPart w:val="DDBA5BA1FD93472D8C965EA79DB1037B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7276B735" w14:textId="77777777" w:rsidR="00700CE5" w:rsidRPr="00260F73" w:rsidRDefault="00700CE5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070A103E" w14:textId="77777777" w:rsidTr="00A0792E">
        <w:tc>
          <w:tcPr>
            <w:tcW w:w="2689" w:type="dxa"/>
          </w:tcPr>
          <w:p w14:paraId="1B0FD368" w14:textId="77777777" w:rsidR="00700CE5" w:rsidRPr="00260F73" w:rsidRDefault="00700CE5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1387444850"/>
            <w:placeholder>
              <w:docPart w:val="8ACBFF16946249A589AD781488DD83F6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92E0F34" w14:textId="77777777" w:rsidR="00700CE5" w:rsidRPr="00260F73" w:rsidRDefault="00700CE5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653B75F9" w14:textId="77777777" w:rsidTr="00A0792E">
        <w:tc>
          <w:tcPr>
            <w:tcW w:w="2689" w:type="dxa"/>
          </w:tcPr>
          <w:p w14:paraId="281DBF8A" w14:textId="77777777" w:rsidR="00700CE5" w:rsidRPr="00260F73" w:rsidRDefault="00700CE5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191732967"/>
            <w:placeholder>
              <w:docPart w:val="A2B84D409A1843E7BA72F64FD4750F4B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849E0A2" w14:textId="77777777" w:rsidR="00700CE5" w:rsidRPr="00260F73" w:rsidRDefault="00700CE5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09774870" w14:textId="77777777" w:rsidTr="00A0792E">
        <w:tc>
          <w:tcPr>
            <w:tcW w:w="2689" w:type="dxa"/>
          </w:tcPr>
          <w:p w14:paraId="3529CA78" w14:textId="77777777" w:rsidR="00700CE5" w:rsidRPr="00260F73" w:rsidRDefault="00700CE5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1F491E7C" w14:textId="77777777" w:rsidR="00700CE5" w:rsidRPr="00260F73" w:rsidRDefault="00700CE5"/>
        </w:tc>
        <w:sdt>
          <w:sdtPr>
            <w:id w:val="-1642731646"/>
            <w:placeholder>
              <w:docPart w:val="6F86393736F7411181C53D320A5186CB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53233A10" w14:textId="77777777" w:rsidR="00700CE5" w:rsidRPr="00260F73" w:rsidRDefault="00700CE5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4846C2EC" w14:textId="77777777" w:rsidTr="00A0792E">
        <w:tc>
          <w:tcPr>
            <w:tcW w:w="2689" w:type="dxa"/>
          </w:tcPr>
          <w:p w14:paraId="4022B53F" w14:textId="77777777" w:rsidR="00700CE5" w:rsidRPr="00260F73" w:rsidRDefault="00700CE5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0E901372" w14:textId="77777777" w:rsidR="00700CE5" w:rsidRPr="00260F73" w:rsidRDefault="00700CE5">
            <w:r w:rsidRPr="00260F73">
              <w:t xml:space="preserve">Complete  </w:t>
            </w:r>
            <w:sdt>
              <w:sdtPr>
                <w:id w:val="1465153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1966843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0CE5" w:rsidRPr="00260F73" w14:paraId="679C5E8E" w14:textId="77777777" w:rsidTr="00A0792E">
        <w:tc>
          <w:tcPr>
            <w:tcW w:w="2689" w:type="dxa"/>
          </w:tcPr>
          <w:p w14:paraId="5DB0AEA6" w14:textId="77777777" w:rsidR="00700CE5" w:rsidRPr="00260F73" w:rsidRDefault="00700CE5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1958904356"/>
            <w:placeholder>
              <w:docPart w:val="7EA09491CB3F49EB8C44764D81B02F22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5E290B1E" w14:textId="77777777" w:rsidR="00700CE5" w:rsidRPr="00260F73" w:rsidRDefault="00700CE5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59AE1CBE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74E4538F" w14:textId="77777777" w:rsidR="00700CE5" w:rsidRPr="00260F73" w:rsidRDefault="00700CE5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76669D51" w14:textId="77777777" w:rsidR="00700CE5" w:rsidRPr="00260F73" w:rsidRDefault="00700CE5">
            <w:r w:rsidRPr="00260F73">
              <w:t xml:space="preserve">Yes </w:t>
            </w:r>
            <w:sdt>
              <w:sdtPr>
                <w:id w:val="-318494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390155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0CE5" w:rsidRPr="00260F73" w14:paraId="755AA355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9189A8" w14:textId="32747565" w:rsidR="00700CE5" w:rsidRPr="00260F73" w:rsidRDefault="00700CE5"/>
        </w:tc>
      </w:tr>
      <w:tr w:rsidR="00700CE5" w:rsidRPr="00260F73" w14:paraId="72D5E1B3" w14:textId="77777777" w:rsidTr="00A0792E">
        <w:tc>
          <w:tcPr>
            <w:tcW w:w="2689" w:type="dxa"/>
          </w:tcPr>
          <w:p w14:paraId="04400123" w14:textId="6C192BC6" w:rsidR="00700CE5" w:rsidRPr="00260F73" w:rsidRDefault="00700CE5">
            <w:r w:rsidRPr="00260F73">
              <w:rPr>
                <w:b/>
                <w:bCs/>
              </w:rPr>
              <w:t>Role</w:t>
            </w:r>
          </w:p>
        </w:tc>
        <w:sdt>
          <w:sdtPr>
            <w:id w:val="1019894441"/>
            <w:placeholder>
              <w:docPart w:val="A5B5E13C1C0448D3AF04D50D15D86FF9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6785EB4" w14:textId="77777777" w:rsidR="00700CE5" w:rsidRPr="00260F73" w:rsidRDefault="00700CE5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6317D215" w14:textId="77777777" w:rsidTr="00A0792E">
        <w:tc>
          <w:tcPr>
            <w:tcW w:w="2689" w:type="dxa"/>
          </w:tcPr>
          <w:p w14:paraId="124086B8" w14:textId="77777777" w:rsidR="00700CE5" w:rsidRPr="00260F73" w:rsidRDefault="00700CE5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1823693870"/>
            <w:placeholder>
              <w:docPart w:val="9BFD649FCB72499689F96262AF2B65E6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507CE987" w14:textId="77777777" w:rsidR="00700CE5" w:rsidRPr="00260F73" w:rsidRDefault="00700CE5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456B9E82" w14:textId="77777777" w:rsidTr="00A0792E">
        <w:tc>
          <w:tcPr>
            <w:tcW w:w="2689" w:type="dxa"/>
          </w:tcPr>
          <w:p w14:paraId="23E35B01" w14:textId="77777777" w:rsidR="00700CE5" w:rsidRPr="00260F73" w:rsidRDefault="00700CE5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-1195539825"/>
            <w:placeholder>
              <w:docPart w:val="226E120AC24F4013A638C71D37F62681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6426F400" w14:textId="77777777" w:rsidR="00700CE5" w:rsidRPr="00260F73" w:rsidRDefault="00700CE5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2506591C" w14:textId="77777777" w:rsidTr="00A0792E">
        <w:tc>
          <w:tcPr>
            <w:tcW w:w="2689" w:type="dxa"/>
          </w:tcPr>
          <w:p w14:paraId="4CACBA64" w14:textId="77777777" w:rsidR="00700CE5" w:rsidRPr="00260F73" w:rsidRDefault="00700CE5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19776E04" w14:textId="77777777" w:rsidR="00700CE5" w:rsidRPr="00260F73" w:rsidRDefault="00700CE5"/>
        </w:tc>
        <w:sdt>
          <w:sdtPr>
            <w:id w:val="79802374"/>
            <w:placeholder>
              <w:docPart w:val="D65F2070BE0045E99E1B3FC8144088A7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5C44135" w14:textId="77777777" w:rsidR="00700CE5" w:rsidRPr="00260F73" w:rsidRDefault="00700CE5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68C95B97" w14:textId="77777777" w:rsidTr="00A0792E">
        <w:tc>
          <w:tcPr>
            <w:tcW w:w="2689" w:type="dxa"/>
          </w:tcPr>
          <w:p w14:paraId="7F954C41" w14:textId="77777777" w:rsidR="00700CE5" w:rsidRPr="00260F73" w:rsidRDefault="00700CE5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1D9B4596" w14:textId="77777777" w:rsidR="00700CE5" w:rsidRPr="00260F73" w:rsidRDefault="00700CE5">
            <w:r w:rsidRPr="00260F73">
              <w:t xml:space="preserve">Complete  </w:t>
            </w:r>
            <w:sdt>
              <w:sdtPr>
                <w:id w:val="1269811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417221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0CE5" w:rsidRPr="00260F73" w14:paraId="0D94E3E7" w14:textId="77777777" w:rsidTr="00A0792E">
        <w:tc>
          <w:tcPr>
            <w:tcW w:w="2689" w:type="dxa"/>
          </w:tcPr>
          <w:p w14:paraId="0FCB905E" w14:textId="77777777" w:rsidR="00700CE5" w:rsidRPr="00260F73" w:rsidRDefault="00700CE5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1661891552"/>
            <w:placeholder>
              <w:docPart w:val="F97A1B8E3467437ABE7C107583ED90D8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0F6E17D4" w14:textId="77777777" w:rsidR="00700CE5" w:rsidRPr="00260F73" w:rsidRDefault="00700CE5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6A726977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23F7DE20" w14:textId="77777777" w:rsidR="00700CE5" w:rsidRPr="00260F73" w:rsidRDefault="00700CE5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lastRenderedPageBreak/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771136DB" w14:textId="77777777" w:rsidR="00700CE5" w:rsidRPr="00260F73" w:rsidRDefault="00700CE5">
            <w:r w:rsidRPr="00260F73">
              <w:t xml:space="preserve">Yes </w:t>
            </w:r>
            <w:sdt>
              <w:sdtPr>
                <w:id w:val="-1119210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853618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0CE5" w:rsidRPr="00260F73" w14:paraId="68966508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44E873" w14:textId="644CA9C1" w:rsidR="00700CE5" w:rsidRPr="00260F73" w:rsidRDefault="00700CE5"/>
        </w:tc>
      </w:tr>
      <w:tr w:rsidR="00700CE5" w:rsidRPr="00260F73" w14:paraId="62E4806B" w14:textId="77777777" w:rsidTr="00A0792E">
        <w:tc>
          <w:tcPr>
            <w:tcW w:w="2689" w:type="dxa"/>
          </w:tcPr>
          <w:p w14:paraId="100E2CBA" w14:textId="3F30D496" w:rsidR="00700CE5" w:rsidRPr="00260F73" w:rsidRDefault="00700CE5">
            <w:r w:rsidRPr="00260F73">
              <w:rPr>
                <w:b/>
                <w:bCs/>
              </w:rPr>
              <w:t>Role</w:t>
            </w:r>
          </w:p>
        </w:tc>
        <w:sdt>
          <w:sdtPr>
            <w:id w:val="-572047512"/>
            <w:placeholder>
              <w:docPart w:val="58DC6F069C5B44D4AE1F557912EFC0D9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0AD68622" w14:textId="77777777" w:rsidR="00700CE5" w:rsidRPr="00260F73" w:rsidRDefault="00700CE5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3FC8CEA9" w14:textId="77777777" w:rsidTr="00A0792E">
        <w:tc>
          <w:tcPr>
            <w:tcW w:w="2689" w:type="dxa"/>
          </w:tcPr>
          <w:p w14:paraId="731F804E" w14:textId="77777777" w:rsidR="00700CE5" w:rsidRPr="00260F73" w:rsidRDefault="00700CE5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961114290"/>
            <w:placeholder>
              <w:docPart w:val="0C14DDBEDF7740608A54268938935F31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A8A1EB5" w14:textId="77777777" w:rsidR="00700CE5" w:rsidRPr="00260F73" w:rsidRDefault="00700CE5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04B18BBF" w14:textId="77777777" w:rsidTr="00A0792E">
        <w:tc>
          <w:tcPr>
            <w:tcW w:w="2689" w:type="dxa"/>
          </w:tcPr>
          <w:p w14:paraId="15ACF91F" w14:textId="77777777" w:rsidR="00700CE5" w:rsidRPr="00260F73" w:rsidRDefault="00700CE5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-12617968"/>
            <w:placeholder>
              <w:docPart w:val="A7977D92365A4D2C9C266CFBD2F351B6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7DDD7EE" w14:textId="77777777" w:rsidR="00700CE5" w:rsidRPr="00260F73" w:rsidRDefault="00700CE5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7293C440" w14:textId="77777777" w:rsidTr="00A0792E">
        <w:tc>
          <w:tcPr>
            <w:tcW w:w="2689" w:type="dxa"/>
          </w:tcPr>
          <w:p w14:paraId="2A4AE066" w14:textId="77777777" w:rsidR="00700CE5" w:rsidRPr="00260F73" w:rsidRDefault="00700CE5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158F83DF" w14:textId="77777777" w:rsidR="00700CE5" w:rsidRPr="00260F73" w:rsidRDefault="00700CE5"/>
        </w:tc>
        <w:sdt>
          <w:sdtPr>
            <w:id w:val="-181514304"/>
            <w:placeholder>
              <w:docPart w:val="29E63E59E1854991BFB1E112B2A7826A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3DC2BB2F" w14:textId="77777777" w:rsidR="00700CE5" w:rsidRPr="00260F73" w:rsidRDefault="00700CE5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013294AB" w14:textId="77777777" w:rsidTr="00A0792E">
        <w:tc>
          <w:tcPr>
            <w:tcW w:w="2689" w:type="dxa"/>
          </w:tcPr>
          <w:p w14:paraId="29DCC4B6" w14:textId="77777777" w:rsidR="00700CE5" w:rsidRPr="00260F73" w:rsidRDefault="00700CE5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15733E88" w14:textId="77777777" w:rsidR="00700CE5" w:rsidRPr="00260F73" w:rsidRDefault="00700CE5">
            <w:r w:rsidRPr="00260F73">
              <w:t xml:space="preserve">Complete  </w:t>
            </w:r>
            <w:sdt>
              <w:sdtPr>
                <w:id w:val="-796909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978226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0CE5" w:rsidRPr="00260F73" w14:paraId="13B2DCB0" w14:textId="77777777" w:rsidTr="00A0792E">
        <w:tc>
          <w:tcPr>
            <w:tcW w:w="2689" w:type="dxa"/>
          </w:tcPr>
          <w:p w14:paraId="0C7E0C83" w14:textId="77777777" w:rsidR="00700CE5" w:rsidRPr="00260F73" w:rsidRDefault="00700CE5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-480776357"/>
            <w:placeholder>
              <w:docPart w:val="4BF5F3C3E67F43D29D75C737CDDA086A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5AB2AD65" w14:textId="77777777" w:rsidR="00700CE5" w:rsidRPr="00260F73" w:rsidRDefault="00700CE5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0CE5" w:rsidRPr="00260F73" w14:paraId="00B0C792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4FC917C4" w14:textId="77777777" w:rsidR="00700CE5" w:rsidRPr="00260F73" w:rsidRDefault="00700CE5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70A18D25" w14:textId="77777777" w:rsidR="00700CE5" w:rsidRPr="00260F73" w:rsidRDefault="00700CE5">
            <w:r w:rsidRPr="00260F73">
              <w:t xml:space="preserve">Yes </w:t>
            </w:r>
            <w:sdt>
              <w:sdtPr>
                <w:id w:val="-559545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932550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0CE5" w:rsidRPr="00260F73" w14:paraId="1EA7A4E8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E4DAB9" w14:textId="01CFD725" w:rsidR="00700CE5" w:rsidRPr="00260F73" w:rsidRDefault="00700CE5"/>
        </w:tc>
      </w:tr>
    </w:tbl>
    <w:p w14:paraId="7A882F9A" w14:textId="77777777" w:rsidR="00E9708F" w:rsidRPr="00260F73" w:rsidRDefault="00E9708F"/>
    <w:p w14:paraId="39993A7C" w14:textId="77777777" w:rsidR="00700CE5" w:rsidRDefault="00700CE5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2EB047D" w14:textId="7A9ECFDD" w:rsidR="0075109E" w:rsidRPr="00260F73" w:rsidRDefault="00F211F0" w:rsidP="00F211F0">
      <w:pPr>
        <w:pStyle w:val="Heading1"/>
      </w:pPr>
      <w:r w:rsidRPr="00260F73">
        <w:lastRenderedPageBreak/>
        <w:t>Leadership</w:t>
      </w:r>
      <w:r w:rsidR="0075109E" w:rsidRPr="00260F73">
        <w:t xml:space="preserve"> and management</w:t>
      </w:r>
    </w:p>
    <w:p w14:paraId="46C30522" w14:textId="71604A23" w:rsidR="00015574" w:rsidRDefault="00015574" w:rsidP="00015574">
      <w:pPr>
        <w:pStyle w:val="ListParagraph"/>
        <w:numPr>
          <w:ilvl w:val="0"/>
          <w:numId w:val="15"/>
        </w:numPr>
        <w:rPr>
          <w:b/>
          <w:bCs/>
        </w:rPr>
      </w:pPr>
      <w:r w:rsidRPr="00015574">
        <w:rPr>
          <w:b/>
          <w:bCs/>
        </w:rPr>
        <w:t>Describe a time you demonstrated leadership in a clinical setting.</w:t>
      </w:r>
    </w:p>
    <w:sdt>
      <w:sdtPr>
        <w:id w:val="-1742706817"/>
        <w:placeholder>
          <w:docPart w:val="E7D02D12569949259F4B303AE9EE91BE"/>
        </w:placeholder>
        <w:showingPlcHdr/>
      </w:sdtPr>
      <w:sdtEndPr/>
      <w:sdtContent>
        <w:p w14:paraId="746969E9" w14:textId="609B147E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198D581B" w14:textId="2D48F4E4" w:rsidR="00015574" w:rsidRDefault="00015574" w:rsidP="00015574">
      <w:pPr>
        <w:pStyle w:val="ListParagraph"/>
        <w:numPr>
          <w:ilvl w:val="0"/>
          <w:numId w:val="15"/>
        </w:numPr>
        <w:rPr>
          <w:b/>
          <w:bCs/>
        </w:rPr>
      </w:pPr>
      <w:r w:rsidRPr="00015574">
        <w:rPr>
          <w:b/>
          <w:bCs/>
        </w:rPr>
        <w:t>Give an example of how you managed a challenging team situation.</w:t>
      </w:r>
    </w:p>
    <w:sdt>
      <w:sdtPr>
        <w:id w:val="-750272981"/>
        <w:placeholder>
          <w:docPart w:val="CAA78230F4974F91A466D1A3E44D5E2D"/>
        </w:placeholder>
        <w:showingPlcHdr/>
      </w:sdtPr>
      <w:sdtEndPr/>
      <w:sdtContent>
        <w:p w14:paraId="51A226CA" w14:textId="6797E0FD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7F53B35C" w14:textId="2140306F" w:rsidR="00015574" w:rsidRDefault="00015574" w:rsidP="00015574">
      <w:pPr>
        <w:pStyle w:val="ListParagraph"/>
        <w:numPr>
          <w:ilvl w:val="0"/>
          <w:numId w:val="15"/>
        </w:numPr>
        <w:rPr>
          <w:b/>
          <w:bCs/>
        </w:rPr>
      </w:pPr>
      <w:r w:rsidRPr="00015574">
        <w:rPr>
          <w:b/>
          <w:bCs/>
        </w:rPr>
        <w:t>Describe a service improvement you initiated or contributed to.</w:t>
      </w:r>
    </w:p>
    <w:sdt>
      <w:sdtPr>
        <w:id w:val="-1647966239"/>
        <w:placeholder>
          <w:docPart w:val="F0CFA2EC4C7B4356B9A2A03A62C38968"/>
        </w:placeholder>
        <w:showingPlcHdr/>
      </w:sdtPr>
      <w:sdtEndPr/>
      <w:sdtContent>
        <w:p w14:paraId="43F0D350" w14:textId="42D47639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3D91A783" w14:textId="08A446E3" w:rsidR="00015574" w:rsidRDefault="00015574" w:rsidP="00015574">
      <w:pPr>
        <w:pStyle w:val="ListParagraph"/>
        <w:numPr>
          <w:ilvl w:val="0"/>
          <w:numId w:val="15"/>
        </w:numPr>
        <w:rPr>
          <w:b/>
          <w:bCs/>
        </w:rPr>
      </w:pPr>
      <w:r w:rsidRPr="00015574">
        <w:rPr>
          <w:b/>
          <w:bCs/>
        </w:rPr>
        <w:t>How do you prioritise workload in a busy clinical environment?</w:t>
      </w:r>
    </w:p>
    <w:sdt>
      <w:sdtPr>
        <w:id w:val="-195615532"/>
        <w:placeholder>
          <w:docPart w:val="9380793E9EE044989EB44762814E78B6"/>
        </w:placeholder>
        <w:showingPlcHdr/>
      </w:sdtPr>
      <w:sdtEndPr/>
      <w:sdtContent>
        <w:p w14:paraId="2D21CD22" w14:textId="11FBDC37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23DABBFA" w14:textId="77777777" w:rsidR="00015574" w:rsidRDefault="00015574"/>
    <w:p w14:paraId="56C20746" w14:textId="77777777" w:rsidR="00015574" w:rsidRDefault="00015574" w:rsidP="00015574">
      <w:pPr>
        <w:pStyle w:val="Heading1"/>
      </w:pPr>
      <w:r>
        <w:t>Communication &amp; Professionalism</w:t>
      </w:r>
    </w:p>
    <w:p w14:paraId="7F322BEB" w14:textId="0E1F3551" w:rsidR="00015574" w:rsidRDefault="00015574" w:rsidP="00015574">
      <w:pPr>
        <w:pStyle w:val="ListParagraph"/>
        <w:numPr>
          <w:ilvl w:val="0"/>
          <w:numId w:val="16"/>
        </w:numPr>
        <w:rPr>
          <w:b/>
          <w:bCs/>
        </w:rPr>
      </w:pPr>
      <w:r w:rsidRPr="00015574">
        <w:rPr>
          <w:b/>
          <w:bCs/>
        </w:rPr>
        <w:t>Describe a situation where you had to communicate a difficult message.</w:t>
      </w:r>
    </w:p>
    <w:sdt>
      <w:sdtPr>
        <w:id w:val="-890113822"/>
        <w:placeholder>
          <w:docPart w:val="0E951C26B4874E2787CBE628EA2C2094"/>
        </w:placeholder>
        <w:showingPlcHdr/>
      </w:sdtPr>
      <w:sdtEndPr/>
      <w:sdtContent>
        <w:p w14:paraId="66323C79" w14:textId="3B49D8A3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1EC03080" w14:textId="21B23266" w:rsidR="00015574" w:rsidRDefault="00015574" w:rsidP="00015574">
      <w:pPr>
        <w:pStyle w:val="ListParagraph"/>
        <w:numPr>
          <w:ilvl w:val="0"/>
          <w:numId w:val="16"/>
        </w:numPr>
        <w:rPr>
          <w:b/>
          <w:bCs/>
        </w:rPr>
      </w:pPr>
      <w:r w:rsidRPr="00015574">
        <w:rPr>
          <w:b/>
          <w:bCs/>
        </w:rPr>
        <w:t>How do you handle conflict with colleagues?</w:t>
      </w:r>
    </w:p>
    <w:sdt>
      <w:sdtPr>
        <w:id w:val="-1454014768"/>
        <w:placeholder>
          <w:docPart w:val="07E5AC0373094234B85BEF415F1A8998"/>
        </w:placeholder>
        <w:showingPlcHdr/>
      </w:sdtPr>
      <w:sdtEndPr/>
      <w:sdtContent>
        <w:p w14:paraId="58DCB18C" w14:textId="3039869A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0ACD46A0" w14:textId="3BFB5764" w:rsidR="00015574" w:rsidRDefault="00015574" w:rsidP="00015574">
      <w:pPr>
        <w:pStyle w:val="ListParagraph"/>
        <w:numPr>
          <w:ilvl w:val="0"/>
          <w:numId w:val="16"/>
        </w:numPr>
        <w:rPr>
          <w:b/>
          <w:bCs/>
        </w:rPr>
      </w:pPr>
      <w:r w:rsidRPr="00015574">
        <w:rPr>
          <w:b/>
          <w:bCs/>
        </w:rPr>
        <w:t>Give an example of maintaining professionalism under pressure.</w:t>
      </w:r>
    </w:p>
    <w:sdt>
      <w:sdtPr>
        <w:id w:val="-1459866788"/>
        <w:placeholder>
          <w:docPart w:val="3ED87B2022A34B2198DC2B217B191AF1"/>
        </w:placeholder>
        <w:showingPlcHdr/>
      </w:sdtPr>
      <w:sdtEndPr/>
      <w:sdtContent>
        <w:p w14:paraId="5BC1A269" w14:textId="52C68820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2D12A2C2" w14:textId="77777777" w:rsidR="00015574" w:rsidRDefault="00015574"/>
    <w:p w14:paraId="41415848" w14:textId="77777777" w:rsidR="008F32B1" w:rsidRPr="008F32B1" w:rsidRDefault="008F32B1" w:rsidP="008F32B1">
      <w:pPr>
        <w:pStyle w:val="Heading1"/>
      </w:pPr>
      <w:r w:rsidRPr="008F32B1">
        <w:t>Clinical Governance &amp; Patient Safety</w:t>
      </w:r>
    </w:p>
    <w:p w14:paraId="19779DD6" w14:textId="1EE708F7" w:rsidR="008F32B1" w:rsidRDefault="008F32B1" w:rsidP="008F32B1">
      <w:pPr>
        <w:pStyle w:val="ListParagraph"/>
        <w:numPr>
          <w:ilvl w:val="0"/>
          <w:numId w:val="17"/>
        </w:numPr>
        <w:ind w:left="360"/>
        <w:rPr>
          <w:b/>
          <w:bCs/>
          <w:lang w:val="en-US"/>
        </w:rPr>
      </w:pPr>
      <w:r w:rsidRPr="008F32B1">
        <w:rPr>
          <w:b/>
          <w:bCs/>
          <w:lang w:val="en-US"/>
        </w:rPr>
        <w:t>Describe your involvement in patient safety initiatives.</w:t>
      </w:r>
    </w:p>
    <w:sdt>
      <w:sdtPr>
        <w:rPr>
          <w:b/>
          <w:bCs/>
          <w:lang w:val="en-US"/>
        </w:rPr>
        <w:id w:val="-485100073"/>
        <w:placeholder>
          <w:docPart w:val="23B5767361C04BDF87CDE2A1D720DEE9"/>
        </w:placeholder>
        <w:showingPlcHdr/>
      </w:sdtPr>
      <w:sdtEndPr/>
      <w:sdtContent>
        <w:p w14:paraId="6DDA42D7" w14:textId="4FA3E8A8" w:rsidR="008F32B1" w:rsidRPr="008F32B1" w:rsidRDefault="008F32B1" w:rsidP="008F32B1">
          <w:pPr>
            <w:rPr>
              <w:b/>
              <w:bCs/>
              <w:lang w:val="en-US"/>
            </w:rPr>
          </w:pPr>
          <w:r w:rsidRPr="00B55134">
            <w:rPr>
              <w:rStyle w:val="PlaceholderText"/>
              <w:lang w:val="en-US"/>
            </w:rPr>
            <w:t>Click or tap here to enter text.</w:t>
          </w:r>
        </w:p>
      </w:sdtContent>
    </w:sdt>
    <w:p w14:paraId="0F6A4E88" w14:textId="1EF5985A" w:rsidR="008F32B1" w:rsidRDefault="008F32B1" w:rsidP="008F32B1">
      <w:pPr>
        <w:pStyle w:val="ListParagraph"/>
        <w:numPr>
          <w:ilvl w:val="0"/>
          <w:numId w:val="17"/>
        </w:numPr>
        <w:ind w:left="360"/>
        <w:rPr>
          <w:b/>
          <w:bCs/>
          <w:lang w:val="en-US"/>
        </w:rPr>
      </w:pPr>
      <w:r w:rsidRPr="008F32B1">
        <w:rPr>
          <w:b/>
          <w:bCs/>
          <w:lang w:val="en-US"/>
        </w:rPr>
        <w:t>Provide an example of how you identified and addressed a risk.</w:t>
      </w:r>
    </w:p>
    <w:sdt>
      <w:sdtPr>
        <w:rPr>
          <w:b/>
          <w:bCs/>
          <w:lang w:val="en-US"/>
        </w:rPr>
        <w:id w:val="-1504813362"/>
        <w:placeholder>
          <w:docPart w:val="BF66836761CB48009FD186E94546F1D2"/>
        </w:placeholder>
        <w:showingPlcHdr/>
      </w:sdtPr>
      <w:sdtEndPr/>
      <w:sdtContent>
        <w:p w14:paraId="514BED30" w14:textId="261D46BF" w:rsidR="008F32B1" w:rsidRPr="008F32B1" w:rsidRDefault="008F32B1" w:rsidP="008F32B1">
          <w:pPr>
            <w:rPr>
              <w:b/>
              <w:bCs/>
              <w:lang w:val="en-US"/>
            </w:rPr>
          </w:pPr>
          <w:r w:rsidRPr="00B55134">
            <w:rPr>
              <w:rStyle w:val="PlaceholderText"/>
              <w:lang w:val="en-US"/>
            </w:rPr>
            <w:t>Click or tap here to enter text.</w:t>
          </w:r>
        </w:p>
      </w:sdtContent>
    </w:sdt>
    <w:p w14:paraId="29041D15" w14:textId="4F5A47AF" w:rsidR="008F32B1" w:rsidRDefault="008F32B1" w:rsidP="008F32B1">
      <w:pPr>
        <w:pStyle w:val="ListParagraph"/>
        <w:numPr>
          <w:ilvl w:val="0"/>
          <w:numId w:val="17"/>
        </w:numPr>
        <w:ind w:left="360"/>
        <w:rPr>
          <w:b/>
          <w:bCs/>
          <w:lang w:val="en-US"/>
        </w:rPr>
      </w:pPr>
      <w:r w:rsidRPr="008F32B1">
        <w:rPr>
          <w:b/>
          <w:bCs/>
          <w:lang w:val="en-US"/>
        </w:rPr>
        <w:t>How do you ensure high standards of clinical care?</w:t>
      </w:r>
    </w:p>
    <w:sdt>
      <w:sdtPr>
        <w:rPr>
          <w:b/>
          <w:bCs/>
          <w:lang w:val="en-US"/>
        </w:rPr>
        <w:id w:val="1057368598"/>
        <w:placeholder>
          <w:docPart w:val="909692DD68FC467196C1C9410F36C154"/>
        </w:placeholder>
        <w:showingPlcHdr/>
      </w:sdtPr>
      <w:sdtEndPr/>
      <w:sdtContent>
        <w:p w14:paraId="6CDAC1F7" w14:textId="69596E57" w:rsidR="008F32B1" w:rsidRPr="008F32B1" w:rsidRDefault="008F32B1" w:rsidP="008F32B1">
          <w:pPr>
            <w:rPr>
              <w:b/>
              <w:bCs/>
              <w:lang w:val="en-US"/>
            </w:rPr>
          </w:pPr>
          <w:r w:rsidRPr="00B55134">
            <w:rPr>
              <w:rStyle w:val="PlaceholderText"/>
              <w:lang w:val="en-US"/>
            </w:rPr>
            <w:t>Click or tap here to enter text.</w:t>
          </w:r>
        </w:p>
      </w:sdtContent>
    </w:sdt>
    <w:p w14:paraId="5DEBB034" w14:textId="77777777" w:rsidR="008F32B1" w:rsidRDefault="008F32B1"/>
    <w:sectPr w:rsidR="008F32B1" w:rsidSect="001C17E4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9C851" w14:textId="77777777" w:rsidR="005631AB" w:rsidRPr="00260F73" w:rsidRDefault="005631AB" w:rsidP="001B2E81">
      <w:pPr>
        <w:spacing w:after="0" w:line="240" w:lineRule="auto"/>
      </w:pPr>
      <w:r w:rsidRPr="00260F73">
        <w:separator/>
      </w:r>
    </w:p>
  </w:endnote>
  <w:endnote w:type="continuationSeparator" w:id="0">
    <w:p w14:paraId="20B7A38B" w14:textId="77777777" w:rsidR="005631AB" w:rsidRPr="00260F73" w:rsidRDefault="005631AB" w:rsidP="001B2E81">
      <w:pPr>
        <w:spacing w:after="0" w:line="240" w:lineRule="auto"/>
      </w:pPr>
      <w:r w:rsidRPr="00260F7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802865"/>
      <w:docPartObj>
        <w:docPartGallery w:val="Page Numbers (Bottom of Page)"/>
        <w:docPartUnique/>
      </w:docPartObj>
    </w:sdtPr>
    <w:sdtEndPr/>
    <w:sdtContent>
      <w:p w14:paraId="7954CBEC" w14:textId="5E77B792" w:rsidR="007C3707" w:rsidRPr="00260F73" w:rsidRDefault="007C3707" w:rsidP="007C3707">
        <w:pPr>
          <w:pStyle w:val="Footer"/>
        </w:pPr>
        <w:r w:rsidRPr="00260F73">
          <w:tab/>
        </w:r>
        <w:r w:rsidRPr="00260F73">
          <w:tab/>
        </w:r>
        <w:r w:rsidRPr="00260F73">
          <w:fldChar w:fldCharType="begin"/>
        </w:r>
        <w:r w:rsidRPr="00260F73">
          <w:instrText xml:space="preserve"> PAGE   \* MERGEFORMAT </w:instrText>
        </w:r>
        <w:r w:rsidRPr="00260F73">
          <w:fldChar w:fldCharType="separate"/>
        </w:r>
        <w:r w:rsidRPr="00260F73">
          <w:t>2</w:t>
        </w:r>
        <w:r w:rsidRPr="00260F73"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D7E1E" w14:textId="43A246CF" w:rsidR="007C3707" w:rsidRPr="00260F73" w:rsidRDefault="007C370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FA8C2" w14:textId="77777777" w:rsidR="005631AB" w:rsidRPr="00260F73" w:rsidRDefault="005631AB" w:rsidP="001B2E81">
      <w:pPr>
        <w:spacing w:after="0" w:line="240" w:lineRule="auto"/>
      </w:pPr>
      <w:r w:rsidRPr="00260F73">
        <w:separator/>
      </w:r>
    </w:p>
  </w:footnote>
  <w:footnote w:type="continuationSeparator" w:id="0">
    <w:p w14:paraId="0629D845" w14:textId="77777777" w:rsidR="005631AB" w:rsidRPr="00260F73" w:rsidRDefault="005631AB" w:rsidP="001B2E81">
      <w:pPr>
        <w:spacing w:after="0" w:line="240" w:lineRule="auto"/>
      </w:pPr>
      <w:r w:rsidRPr="00260F7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A380F" w14:textId="4843A05E" w:rsidR="001B2E81" w:rsidRPr="00260F73" w:rsidRDefault="007C3707">
    <w:pPr>
      <w:pStyle w:val="Header"/>
    </w:pPr>
    <w:r w:rsidRPr="00260F73">
      <w:ptab w:relativeTo="margin" w:alignment="right" w:leader="none"/>
    </w:r>
    <w:r w:rsidRPr="00260F73">
      <w:t xml:space="preserve">RCPI HST Application CV: </w:t>
    </w:r>
    <w:r w:rsidR="002D7CE0">
      <w:t>Paediatric Cardiology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2179E" w14:textId="0E44F8EB" w:rsidR="001B2E81" w:rsidRPr="00260F73" w:rsidRDefault="00260F73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96DFF88" wp14:editId="11C770AB">
          <wp:simplePos x="0" y="0"/>
          <wp:positionH relativeFrom="column">
            <wp:posOffset>-628650</wp:posOffset>
          </wp:positionH>
          <wp:positionV relativeFrom="paragraph">
            <wp:posOffset>-177800</wp:posOffset>
          </wp:positionV>
          <wp:extent cx="2926041" cy="1044000"/>
          <wp:effectExtent l="0" t="0" r="8255" b="3810"/>
          <wp:wrapTopAndBottom/>
          <wp:docPr id="37201987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019877" name="Picture 37201987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26041" cy="104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8B0C3B"/>
    <w:multiLevelType w:val="hybridMultilevel"/>
    <w:tmpl w:val="CCD6AA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3E26969"/>
    <w:multiLevelType w:val="hybridMultilevel"/>
    <w:tmpl w:val="6B90E5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4D49D1"/>
    <w:multiLevelType w:val="hybridMultilevel"/>
    <w:tmpl w:val="10A4B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B52007"/>
    <w:multiLevelType w:val="hybridMultilevel"/>
    <w:tmpl w:val="7E4CAD6C"/>
    <w:lvl w:ilvl="0" w:tplc="AD448DD2">
      <w:start w:val="1"/>
      <w:numFmt w:val="decimal"/>
      <w:lvlText w:val="%1."/>
      <w:lvlJc w:val="left"/>
      <w:pPr>
        <w:ind w:left="720" w:hanging="360"/>
      </w:pPr>
    </w:lvl>
    <w:lvl w:ilvl="1" w:tplc="304C2162">
      <w:start w:val="1"/>
      <w:numFmt w:val="lowerLetter"/>
      <w:lvlText w:val="%2."/>
      <w:lvlJc w:val="left"/>
      <w:pPr>
        <w:ind w:left="1440" w:hanging="360"/>
      </w:pPr>
    </w:lvl>
    <w:lvl w:ilvl="2" w:tplc="FCF0101E">
      <w:start w:val="1"/>
      <w:numFmt w:val="lowerRoman"/>
      <w:lvlText w:val="%3."/>
      <w:lvlJc w:val="right"/>
      <w:pPr>
        <w:ind w:left="2160" w:hanging="180"/>
      </w:pPr>
    </w:lvl>
    <w:lvl w:ilvl="3" w:tplc="BFDCED42">
      <w:start w:val="1"/>
      <w:numFmt w:val="decimal"/>
      <w:lvlText w:val="%4."/>
      <w:lvlJc w:val="left"/>
      <w:pPr>
        <w:ind w:left="2880" w:hanging="360"/>
      </w:pPr>
    </w:lvl>
    <w:lvl w:ilvl="4" w:tplc="9DA67E82">
      <w:start w:val="1"/>
      <w:numFmt w:val="lowerLetter"/>
      <w:lvlText w:val="%5."/>
      <w:lvlJc w:val="left"/>
      <w:pPr>
        <w:ind w:left="3600" w:hanging="360"/>
      </w:pPr>
    </w:lvl>
    <w:lvl w:ilvl="5" w:tplc="E46222B2">
      <w:start w:val="1"/>
      <w:numFmt w:val="lowerRoman"/>
      <w:lvlText w:val="%6."/>
      <w:lvlJc w:val="right"/>
      <w:pPr>
        <w:ind w:left="4320" w:hanging="180"/>
      </w:pPr>
    </w:lvl>
    <w:lvl w:ilvl="6" w:tplc="5FDA97E8">
      <w:start w:val="1"/>
      <w:numFmt w:val="decimal"/>
      <w:lvlText w:val="%7."/>
      <w:lvlJc w:val="left"/>
      <w:pPr>
        <w:ind w:left="5040" w:hanging="360"/>
      </w:pPr>
    </w:lvl>
    <w:lvl w:ilvl="7" w:tplc="22A0B658">
      <w:start w:val="1"/>
      <w:numFmt w:val="lowerLetter"/>
      <w:lvlText w:val="%8."/>
      <w:lvlJc w:val="left"/>
      <w:pPr>
        <w:ind w:left="5760" w:hanging="360"/>
      </w:pPr>
    </w:lvl>
    <w:lvl w:ilvl="8" w:tplc="F3A832D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24607B"/>
    <w:multiLevelType w:val="hybridMultilevel"/>
    <w:tmpl w:val="04B0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BB0278A"/>
    <w:multiLevelType w:val="hybridMultilevel"/>
    <w:tmpl w:val="CCD6AA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D944C34"/>
    <w:multiLevelType w:val="hybridMultilevel"/>
    <w:tmpl w:val="58460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52142C"/>
    <w:multiLevelType w:val="hybridMultilevel"/>
    <w:tmpl w:val="01521D6E"/>
    <w:lvl w:ilvl="0" w:tplc="871A530A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1806701">
    <w:abstractNumId w:val="12"/>
  </w:num>
  <w:num w:numId="2" w16cid:durableId="1203786471">
    <w:abstractNumId w:val="8"/>
  </w:num>
  <w:num w:numId="3" w16cid:durableId="417601461">
    <w:abstractNumId w:val="6"/>
  </w:num>
  <w:num w:numId="4" w16cid:durableId="1775980722">
    <w:abstractNumId w:val="5"/>
  </w:num>
  <w:num w:numId="5" w16cid:durableId="228343893">
    <w:abstractNumId w:val="4"/>
  </w:num>
  <w:num w:numId="6" w16cid:durableId="2097943450">
    <w:abstractNumId w:val="7"/>
  </w:num>
  <w:num w:numId="7" w16cid:durableId="2109152698">
    <w:abstractNumId w:val="3"/>
  </w:num>
  <w:num w:numId="8" w16cid:durableId="1635867508">
    <w:abstractNumId w:val="2"/>
  </w:num>
  <w:num w:numId="9" w16cid:durableId="1632787737">
    <w:abstractNumId w:val="1"/>
  </w:num>
  <w:num w:numId="10" w16cid:durableId="645209773">
    <w:abstractNumId w:val="0"/>
  </w:num>
  <w:num w:numId="11" w16cid:durableId="1357002592">
    <w:abstractNumId w:val="11"/>
  </w:num>
  <w:num w:numId="12" w16cid:durableId="954025059">
    <w:abstractNumId w:val="13"/>
  </w:num>
  <w:num w:numId="13" w16cid:durableId="1694188166">
    <w:abstractNumId w:val="15"/>
  </w:num>
  <w:num w:numId="14" w16cid:durableId="889731661">
    <w:abstractNumId w:val="16"/>
  </w:num>
  <w:num w:numId="15" w16cid:durableId="323359985">
    <w:abstractNumId w:val="14"/>
  </w:num>
  <w:num w:numId="16" w16cid:durableId="1461606276">
    <w:abstractNumId w:val="9"/>
  </w:num>
  <w:num w:numId="17" w16cid:durableId="163198138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15574"/>
    <w:rsid w:val="00034616"/>
    <w:rsid w:val="00041DFE"/>
    <w:rsid w:val="0006063C"/>
    <w:rsid w:val="00081140"/>
    <w:rsid w:val="000834D5"/>
    <w:rsid w:val="000868E9"/>
    <w:rsid w:val="000A5F58"/>
    <w:rsid w:val="0015074B"/>
    <w:rsid w:val="001739F7"/>
    <w:rsid w:val="001B2E81"/>
    <w:rsid w:val="001C17E4"/>
    <w:rsid w:val="00214ECC"/>
    <w:rsid w:val="002319B9"/>
    <w:rsid w:val="00260F73"/>
    <w:rsid w:val="002931FF"/>
    <w:rsid w:val="0029639D"/>
    <w:rsid w:val="002D4392"/>
    <w:rsid w:val="002D7CE0"/>
    <w:rsid w:val="002D7D98"/>
    <w:rsid w:val="002E140B"/>
    <w:rsid w:val="00326F90"/>
    <w:rsid w:val="003729FB"/>
    <w:rsid w:val="004929C5"/>
    <w:rsid w:val="004A41F5"/>
    <w:rsid w:val="004D6768"/>
    <w:rsid w:val="00515943"/>
    <w:rsid w:val="00547911"/>
    <w:rsid w:val="005631AB"/>
    <w:rsid w:val="00597958"/>
    <w:rsid w:val="005A051B"/>
    <w:rsid w:val="006B020E"/>
    <w:rsid w:val="006D0099"/>
    <w:rsid w:val="00700CE5"/>
    <w:rsid w:val="0075109E"/>
    <w:rsid w:val="007C0991"/>
    <w:rsid w:val="007C3707"/>
    <w:rsid w:val="00801BD9"/>
    <w:rsid w:val="00821B93"/>
    <w:rsid w:val="0083162F"/>
    <w:rsid w:val="008525FA"/>
    <w:rsid w:val="008F32B1"/>
    <w:rsid w:val="009A7B67"/>
    <w:rsid w:val="009E4AEB"/>
    <w:rsid w:val="00A0792E"/>
    <w:rsid w:val="00A36383"/>
    <w:rsid w:val="00A606A6"/>
    <w:rsid w:val="00AA1D8D"/>
    <w:rsid w:val="00B16633"/>
    <w:rsid w:val="00B47730"/>
    <w:rsid w:val="00B8038E"/>
    <w:rsid w:val="00BD4838"/>
    <w:rsid w:val="00C7253B"/>
    <w:rsid w:val="00C95D05"/>
    <w:rsid w:val="00CB0664"/>
    <w:rsid w:val="00CD745A"/>
    <w:rsid w:val="00DA296B"/>
    <w:rsid w:val="00E5708D"/>
    <w:rsid w:val="00E9708F"/>
    <w:rsid w:val="00F211F0"/>
    <w:rsid w:val="00F277ED"/>
    <w:rsid w:val="00F4085D"/>
    <w:rsid w:val="00F52E0C"/>
    <w:rsid w:val="00F54DC5"/>
    <w:rsid w:val="00F75C6A"/>
    <w:rsid w:val="00F85A62"/>
    <w:rsid w:val="00F94BC3"/>
    <w:rsid w:val="00F95107"/>
    <w:rsid w:val="00FC693F"/>
    <w:rsid w:val="013003D7"/>
    <w:rsid w:val="01D3084F"/>
    <w:rsid w:val="09148FBD"/>
    <w:rsid w:val="0985AE4E"/>
    <w:rsid w:val="0B73C59C"/>
    <w:rsid w:val="0CE122BF"/>
    <w:rsid w:val="0DD6B9FE"/>
    <w:rsid w:val="10E59C75"/>
    <w:rsid w:val="125B3369"/>
    <w:rsid w:val="14BE1E3E"/>
    <w:rsid w:val="15A496DB"/>
    <w:rsid w:val="19056071"/>
    <w:rsid w:val="1B5F724A"/>
    <w:rsid w:val="1FB809EA"/>
    <w:rsid w:val="232909D8"/>
    <w:rsid w:val="25CD4F7B"/>
    <w:rsid w:val="26990713"/>
    <w:rsid w:val="26C0C10D"/>
    <w:rsid w:val="2B3C14FD"/>
    <w:rsid w:val="2D96377B"/>
    <w:rsid w:val="300EB099"/>
    <w:rsid w:val="30BDFE8C"/>
    <w:rsid w:val="32EB38F7"/>
    <w:rsid w:val="34E9FE57"/>
    <w:rsid w:val="359F11C3"/>
    <w:rsid w:val="35DA3F28"/>
    <w:rsid w:val="3A056833"/>
    <w:rsid w:val="3A5730DD"/>
    <w:rsid w:val="3AEC04AB"/>
    <w:rsid w:val="3F5352D5"/>
    <w:rsid w:val="3FE541D5"/>
    <w:rsid w:val="42F16941"/>
    <w:rsid w:val="45164F2B"/>
    <w:rsid w:val="46B26368"/>
    <w:rsid w:val="48CBC21F"/>
    <w:rsid w:val="4BED656B"/>
    <w:rsid w:val="51B2FBD2"/>
    <w:rsid w:val="5D2E224B"/>
    <w:rsid w:val="623245C4"/>
    <w:rsid w:val="647F8E21"/>
    <w:rsid w:val="66FE928F"/>
    <w:rsid w:val="689C4EBD"/>
    <w:rsid w:val="6954CC0D"/>
    <w:rsid w:val="6EAD3D8D"/>
    <w:rsid w:val="6FFA73B0"/>
    <w:rsid w:val="771B880B"/>
    <w:rsid w:val="77B5CE6B"/>
    <w:rsid w:val="7ABB2A26"/>
    <w:rsid w:val="7B91232E"/>
    <w:rsid w:val="7C70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A3D516"/>
  <w14:defaultImageDpi w14:val="330"/>
  <w15:docId w15:val="{AB873603-DE17-41F5-80D2-AB816BF9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633"/>
    <w:rPr>
      <w:rFonts w:ascii="Calibri" w:hAnsi="Calibri"/>
      <w:sz w:val="24"/>
      <w:lang w:val="en-I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C17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C17E4"/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1C17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17E4"/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729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9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9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9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9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9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9F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211F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D6768"/>
    <w:rPr>
      <w:color w:val="666666"/>
    </w:rPr>
  </w:style>
  <w:style w:type="character" w:customStyle="1" w:styleId="Style1">
    <w:name w:val="Style1"/>
    <w:basedOn w:val="DefaultParagraphFont"/>
    <w:uiPriority w:val="1"/>
    <w:rsid w:val="004D6768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73B27-4766-44DE-B2C7-DC30E78096C6}"/>
      </w:docPartPr>
      <w:docPartBody>
        <w:p w:rsidR="004161F5" w:rsidRDefault="006239E1"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F4D6CB2241074A76A75ACE4A72F3B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6D984-996F-4188-AD83-7436A5AE6724}"/>
      </w:docPartPr>
      <w:docPartBody>
        <w:p w:rsidR="004161F5" w:rsidRDefault="00567B6C" w:rsidP="00567B6C">
          <w:pPr>
            <w:pStyle w:val="F4D6CB2241074A76A75ACE4A72F3BAC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6BE9DD57B042A78E73AE6C65AB8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F4F7B-EAED-47D4-8B71-F4775D8F4544}"/>
      </w:docPartPr>
      <w:docPartBody>
        <w:p w:rsidR="004161F5" w:rsidRDefault="00567B6C" w:rsidP="00567B6C">
          <w:pPr>
            <w:pStyle w:val="5C6BE9DD57B042A78E73AE6C65AB81E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4FF17A7DD844238942618D220CA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E0032-1341-4D0F-B597-801AF050C595}"/>
      </w:docPartPr>
      <w:docPartBody>
        <w:p w:rsidR="004161F5" w:rsidRDefault="00567B6C" w:rsidP="00567B6C">
          <w:pPr>
            <w:pStyle w:val="B94FF17A7DD844238942618D220CAEE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7E5F504CE04A3283DBB5C362BF53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7E6A42-BB2E-40B9-AE64-BFA7347232A8}"/>
      </w:docPartPr>
      <w:docPartBody>
        <w:p w:rsidR="004161F5" w:rsidRDefault="00567B6C" w:rsidP="00567B6C">
          <w:pPr>
            <w:pStyle w:val="767E5F504CE04A3283DBB5C362BF53D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FA136DFCC9400EA3643631FD9D49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B60779-9F46-4D74-94B2-D299C2C9AFD9}"/>
      </w:docPartPr>
      <w:docPartBody>
        <w:p w:rsidR="004161F5" w:rsidRDefault="00567B6C" w:rsidP="00567B6C">
          <w:pPr>
            <w:pStyle w:val="15FA136DFCC9400EA3643631FD9D49A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8EF154077D4EC492E0AA02749775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E277D-3252-4113-AC48-C899209A754F}"/>
      </w:docPartPr>
      <w:docPartBody>
        <w:p w:rsidR="004161F5" w:rsidRDefault="00567B6C" w:rsidP="00567B6C">
          <w:pPr>
            <w:pStyle w:val="758EF154077D4EC492E0AA02749775E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444590C5F4414E83C6454885D57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436DA-3489-4320-8325-06E594784086}"/>
      </w:docPartPr>
      <w:docPartBody>
        <w:p w:rsidR="004161F5" w:rsidRDefault="00567B6C" w:rsidP="00567B6C">
          <w:pPr>
            <w:pStyle w:val="60444590C5F4414E83C6454885D5753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6DC268CB3744C7AF90E558EFABE7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6E13A-442E-4E8D-AA90-5CA24E1A2261}"/>
      </w:docPartPr>
      <w:docPartBody>
        <w:p w:rsidR="004161F5" w:rsidRDefault="00567B6C" w:rsidP="00567B6C">
          <w:pPr>
            <w:pStyle w:val="096DC268CB3744C7AF90E558EFABE7F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EE3227410F4460A6706019F0858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13660-F959-4A4E-ACCD-65148B842725}"/>
      </w:docPartPr>
      <w:docPartBody>
        <w:p w:rsidR="004161F5" w:rsidRDefault="00567B6C" w:rsidP="00567B6C">
          <w:pPr>
            <w:pStyle w:val="16EE3227410F4460A6706019F08584B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C6ADD19D0A4F7F9AA8A8D4CCB13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D5B49-E395-4B75-9078-B586EE5C441E}"/>
      </w:docPartPr>
      <w:docPartBody>
        <w:p w:rsidR="004161F5" w:rsidRDefault="00567B6C" w:rsidP="00567B6C">
          <w:pPr>
            <w:pStyle w:val="35C6ADD19D0A4F7F9AA8A8D4CCB1374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D4EFDEB46F4DD3B07D7D864B6EA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21FFA-1B3A-40C3-A3FC-DC043194BF35}"/>
      </w:docPartPr>
      <w:docPartBody>
        <w:p w:rsidR="004161F5" w:rsidRDefault="00567B6C" w:rsidP="00567B6C">
          <w:pPr>
            <w:pStyle w:val="0AD4EFDEB46F4DD3B07D7D864B6EAEB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69D259CE28476AA1EB44B74A93B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96CCC-E867-4E95-91D1-688A9161C977}"/>
      </w:docPartPr>
      <w:docPartBody>
        <w:p w:rsidR="004161F5" w:rsidRDefault="00567B6C" w:rsidP="00567B6C">
          <w:pPr>
            <w:pStyle w:val="C969D259CE28476AA1EB44B74A93B0D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63D3241B974CB9999FF0EC5B4E2B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2E07F-4AE9-4D0D-A78D-9F30A789EEBF}"/>
      </w:docPartPr>
      <w:docPartBody>
        <w:p w:rsidR="004161F5" w:rsidRDefault="00567B6C" w:rsidP="00567B6C">
          <w:pPr>
            <w:pStyle w:val="4163D3241B974CB9999FF0EC5B4E2B2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495584885745569DDCF4FEC1482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29761-65B4-40B4-8D59-62FC7BDC1D80}"/>
      </w:docPartPr>
      <w:docPartBody>
        <w:p w:rsidR="004161F5" w:rsidRDefault="00567B6C" w:rsidP="00567B6C">
          <w:pPr>
            <w:pStyle w:val="89495584885745569DDCF4FEC1482D0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C6F6902A3B4D4CA7D745FDDA70B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C5269-6BC0-4E87-AF90-388993DC23A2}"/>
      </w:docPartPr>
      <w:docPartBody>
        <w:p w:rsidR="004161F5" w:rsidRDefault="00567B6C" w:rsidP="00567B6C">
          <w:pPr>
            <w:pStyle w:val="66C6F6902A3B4D4CA7D745FDDA70B68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D965A9EE694FECADF2476D720E7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94C3C-F041-4984-AA6E-E0EA6A8C6F70}"/>
      </w:docPartPr>
      <w:docPartBody>
        <w:p w:rsidR="004161F5" w:rsidRDefault="00567B6C" w:rsidP="00567B6C">
          <w:pPr>
            <w:pStyle w:val="4CD965A9EE694FECADF2476D720E7B6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E232A6ADC042DB884957F020A92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097FA8-BB4E-41CD-B6D7-9908A8EB60FD}"/>
      </w:docPartPr>
      <w:docPartBody>
        <w:p w:rsidR="004161F5" w:rsidRDefault="00567B6C" w:rsidP="00567B6C">
          <w:pPr>
            <w:pStyle w:val="09E232A6ADC042DB884957F020A929B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F7FD3C5E5C4C0992D419903A5AC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E0D55-BED0-4FEA-8D33-AE1441A65F99}"/>
      </w:docPartPr>
      <w:docPartBody>
        <w:p w:rsidR="004161F5" w:rsidRDefault="00567B6C" w:rsidP="00567B6C">
          <w:pPr>
            <w:pStyle w:val="3DF7FD3C5E5C4C0992D419903A5ACDD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F90F891404138BEF4C8B0986FE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A60B8-E470-4127-A5B4-873BBF17DD31}"/>
      </w:docPartPr>
      <w:docPartBody>
        <w:p w:rsidR="004161F5" w:rsidRDefault="00567B6C" w:rsidP="00567B6C">
          <w:pPr>
            <w:pStyle w:val="657F90F891404138BEF4C8B0986FE70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113B8A854441D682CE5AC80AFB0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38CB9-2DDF-42F9-A31F-4D2754EDDF19}"/>
      </w:docPartPr>
      <w:docPartBody>
        <w:p w:rsidR="004161F5" w:rsidRDefault="00567B6C" w:rsidP="00567B6C">
          <w:pPr>
            <w:pStyle w:val="C9113B8A854441D682CE5AC80AFB086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F5175B57004446843F4F317C13BE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BD9BF7-596D-466C-85B2-187839F777C4}"/>
      </w:docPartPr>
      <w:docPartBody>
        <w:p w:rsidR="004161F5" w:rsidRDefault="00567B6C" w:rsidP="00567B6C">
          <w:pPr>
            <w:pStyle w:val="E3F5175B57004446843F4F317C13BE7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CADD3637F3476CAEF2795719E30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C9D11-0987-4FAD-9B17-E23F574D16FE}"/>
      </w:docPartPr>
      <w:docPartBody>
        <w:p w:rsidR="004161F5" w:rsidRDefault="00567B6C" w:rsidP="00567B6C">
          <w:pPr>
            <w:pStyle w:val="74CADD3637F3476CAEF2795719E307A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2E25C8BD59485F83A4E1A3EB66C1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8445E-FB06-421F-8F3E-82635DF5DD87}"/>
      </w:docPartPr>
      <w:docPartBody>
        <w:p w:rsidR="004161F5" w:rsidRDefault="00567B6C" w:rsidP="00567B6C">
          <w:pPr>
            <w:pStyle w:val="6E2E25C8BD59485F83A4E1A3EB66C1C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DFFF9D18954E1993F5C0789B03E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CF19C-3772-49DC-928C-8678FE964B3A}"/>
      </w:docPartPr>
      <w:docPartBody>
        <w:p w:rsidR="004161F5" w:rsidRDefault="00567B6C" w:rsidP="00567B6C">
          <w:pPr>
            <w:pStyle w:val="CADFFF9D18954E1993F5C0789B03E17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2FF4CA11794B8A841DB2220DF10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E1A22-8CF0-4C92-B742-0B28EE306AA7}"/>
      </w:docPartPr>
      <w:docPartBody>
        <w:p w:rsidR="004161F5" w:rsidRDefault="00567B6C" w:rsidP="00567B6C">
          <w:pPr>
            <w:pStyle w:val="872FF4CA11794B8A841DB2220DF10EA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97BD512F134974B65EC5CE1A1FF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046DF-0E89-4173-ABB4-0DF853182A25}"/>
      </w:docPartPr>
      <w:docPartBody>
        <w:p w:rsidR="004161F5" w:rsidRDefault="00567B6C" w:rsidP="00567B6C">
          <w:pPr>
            <w:pStyle w:val="4E97BD512F134974B65EC5CE1A1FFA5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C24FC1DD4E4C25906C3761C0E44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BFC25A-1106-431C-A300-2D25188900C2}"/>
      </w:docPartPr>
      <w:docPartBody>
        <w:p w:rsidR="004161F5" w:rsidRDefault="00567B6C" w:rsidP="00567B6C">
          <w:pPr>
            <w:pStyle w:val="43C24FC1DD4E4C25906C3761C0E444F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5B51F8A20C49259CB13015EB121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97F9A-6A64-42B5-9CB9-AB1F40B96597}"/>
      </w:docPartPr>
      <w:docPartBody>
        <w:p w:rsidR="004161F5" w:rsidRDefault="00567B6C" w:rsidP="00567B6C">
          <w:pPr>
            <w:pStyle w:val="6E5B51F8A20C49259CB13015EB12138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A81B7FEB124004A04A95F11ADBD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E7ECD-8C01-4AF7-AFEA-B0800360660B}"/>
      </w:docPartPr>
      <w:docPartBody>
        <w:p w:rsidR="004161F5" w:rsidRDefault="00567B6C" w:rsidP="00567B6C">
          <w:pPr>
            <w:pStyle w:val="ACA81B7FEB124004A04A95F11ADBD7A7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27C8C8D90949D99B80C3BCC40C6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9C572-48A3-4B5B-A698-D70BF3B8EE4F}"/>
      </w:docPartPr>
      <w:docPartBody>
        <w:p w:rsidR="004161F5" w:rsidRDefault="00567B6C" w:rsidP="00567B6C">
          <w:pPr>
            <w:pStyle w:val="AB27C8C8D90949D99B80C3BCC40C6DB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6BAA36B4CE46CCBA1107A2CA863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91F43-6FB5-4DE3-90BA-1F5CB1BE177C}"/>
      </w:docPartPr>
      <w:docPartBody>
        <w:p w:rsidR="004161F5" w:rsidRDefault="00567B6C" w:rsidP="00567B6C">
          <w:pPr>
            <w:pStyle w:val="BE6BAA36B4CE46CCBA1107A2CA86328D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98F3A9EE91754E259AFD2F141BD88E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84782-090E-4202-89A3-7460A328DBC9}"/>
      </w:docPartPr>
      <w:docPartBody>
        <w:p w:rsidR="004161F5" w:rsidRDefault="00567B6C" w:rsidP="00567B6C">
          <w:pPr>
            <w:pStyle w:val="98F3A9EE91754E259AFD2F141BD88EC3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A562792367E244C2B52C13434E400D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BC04D-AA94-4DEA-B6F9-D2C7FDD19880}"/>
      </w:docPartPr>
      <w:docPartBody>
        <w:p w:rsidR="004161F5" w:rsidRDefault="00567B6C" w:rsidP="00567B6C">
          <w:pPr>
            <w:pStyle w:val="A562792367E244C2B52C13434E400DB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217E49FF2B4BCCB4F3ACCCBA862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E59D7B-E3FE-4D7D-8A48-537138D4823B}"/>
      </w:docPartPr>
      <w:docPartBody>
        <w:p w:rsidR="004161F5" w:rsidRDefault="00567B6C" w:rsidP="00567B6C">
          <w:pPr>
            <w:pStyle w:val="7E217E49FF2B4BCCB4F3ACCCBA86205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B6B6169038418C8F137F03A3BAC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87BEC-2A59-4383-B98F-182EA6BFABD0}"/>
      </w:docPartPr>
      <w:docPartBody>
        <w:p w:rsidR="004161F5" w:rsidRDefault="00567B6C" w:rsidP="00567B6C">
          <w:pPr>
            <w:pStyle w:val="A6B6B6169038418C8F137F03A3BAC3E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84038C5BAB4BC98BCFD7720888F4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7E6F5-D38E-4E1B-B3B1-04EFC4E90A7F}"/>
      </w:docPartPr>
      <w:docPartBody>
        <w:p w:rsidR="004161F5" w:rsidRDefault="00567B6C" w:rsidP="00567B6C">
          <w:pPr>
            <w:pStyle w:val="BA84038C5BAB4BC98BCFD7720888F4E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85F1BB5E59479D91B2E845B74103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F6E3BA-30FF-46D0-B7D0-83FCC66A2AA1}"/>
      </w:docPartPr>
      <w:docPartBody>
        <w:p w:rsidR="004161F5" w:rsidRDefault="00567B6C" w:rsidP="00567B6C">
          <w:pPr>
            <w:pStyle w:val="2A85F1BB5E59479D91B2E845B74103B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4A0FEE22AB4D08A85FAFBB84445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DDBE88-E99F-4792-9E9A-42C68B064E9A}"/>
      </w:docPartPr>
      <w:docPartBody>
        <w:p w:rsidR="004161F5" w:rsidRDefault="00567B6C" w:rsidP="00567B6C">
          <w:pPr>
            <w:pStyle w:val="734A0FEE22AB4D08A85FAFBB84445CB9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3AE69983638E496B87E186B118E83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A5A97-697E-41AB-AC27-9442240C6BC5}"/>
      </w:docPartPr>
      <w:docPartBody>
        <w:p w:rsidR="004161F5" w:rsidRDefault="00567B6C" w:rsidP="00567B6C">
          <w:pPr>
            <w:pStyle w:val="3AE69983638E496B87E186B118E83D05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4E1B8BE8E635423EB269141E9E291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44324-33D8-4AD5-BC47-777873C12F19}"/>
      </w:docPartPr>
      <w:docPartBody>
        <w:p w:rsidR="004161F5" w:rsidRDefault="00567B6C" w:rsidP="00567B6C">
          <w:pPr>
            <w:pStyle w:val="4E1B8BE8E635423EB269141E9E2912A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2C19E6AA2346A4966003129C441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F70BCF-6F6C-429F-8953-A4366B1ADB4B}"/>
      </w:docPartPr>
      <w:docPartBody>
        <w:p w:rsidR="004161F5" w:rsidRDefault="00567B6C" w:rsidP="00567B6C">
          <w:pPr>
            <w:pStyle w:val="522C19E6AA2346A4966003129C441C2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6DBC8E8B3947CB8F9195F36B67D8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466C3-0938-40F3-B80E-AC752137F2CD}"/>
      </w:docPartPr>
      <w:docPartBody>
        <w:p w:rsidR="004161F5" w:rsidRDefault="00567B6C" w:rsidP="00567B6C">
          <w:pPr>
            <w:pStyle w:val="DC6DBC8E8B3947CB8F9195F36B67D85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487EF4E50B45EF8F8DF0A58099CB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3BE07-E9E5-44D9-9E25-682D3147F98A}"/>
      </w:docPartPr>
      <w:docPartBody>
        <w:p w:rsidR="004161F5" w:rsidRDefault="00567B6C" w:rsidP="00567B6C">
          <w:pPr>
            <w:pStyle w:val="49487EF4E50B45EF8F8DF0A58099CB0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C5AA04D5744E5397F5B4C02E599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08B47-84B5-43E6-81C0-FF80CE0638F8}"/>
      </w:docPartPr>
      <w:docPartBody>
        <w:p w:rsidR="004161F5" w:rsidRDefault="00567B6C" w:rsidP="00567B6C">
          <w:pPr>
            <w:pStyle w:val="C6C5AA04D5744E5397F5B4C02E599FE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845195F10471BB191FDF6254F45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79696-8872-4F3D-8F49-4B1D149150F6}"/>
      </w:docPartPr>
      <w:docPartBody>
        <w:p w:rsidR="004161F5" w:rsidRDefault="00567B6C" w:rsidP="00567B6C">
          <w:pPr>
            <w:pStyle w:val="657845195F10471BB191FDF6254F450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61ABEBA6024587BD9BFFA89B86C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39A1F-2A7E-415C-83F2-9ED9DB2B6482}"/>
      </w:docPartPr>
      <w:docPartBody>
        <w:p w:rsidR="004161F5" w:rsidRDefault="00567B6C" w:rsidP="00567B6C">
          <w:pPr>
            <w:pStyle w:val="4261ABEBA6024587BD9BFFA89B86CBAD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ECE4C47E07C843CCA2D7255597D07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0068E-C5F7-4300-826A-70045CCF3146}"/>
      </w:docPartPr>
      <w:docPartBody>
        <w:p w:rsidR="004161F5" w:rsidRDefault="00567B6C" w:rsidP="00567B6C">
          <w:pPr>
            <w:pStyle w:val="ECE4C47E07C843CCA2D7255597D07705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9444CF760006459A89EF2B7CE3AFF2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37F74E-9D31-46C5-8E68-8ABBD337504B}"/>
      </w:docPartPr>
      <w:docPartBody>
        <w:p w:rsidR="004161F5" w:rsidRDefault="00567B6C" w:rsidP="00567B6C">
          <w:pPr>
            <w:pStyle w:val="9444CF760006459A89EF2B7CE3AFF2D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51D5A1F2414B9AB219F05CFB3EC4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D5F82-167F-4B9B-844B-4C0F7B0C8B6B}"/>
      </w:docPartPr>
      <w:docPartBody>
        <w:p w:rsidR="004161F5" w:rsidRDefault="00567B6C" w:rsidP="00567B6C">
          <w:pPr>
            <w:pStyle w:val="A451D5A1F2414B9AB219F05CFB3EC45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8E1C4CC73644419B96786849CD04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B9E4E2-5DC9-4412-995E-2CD5C1732424}"/>
      </w:docPartPr>
      <w:docPartBody>
        <w:p w:rsidR="004161F5" w:rsidRDefault="00567B6C" w:rsidP="00567B6C">
          <w:pPr>
            <w:pStyle w:val="E58E1C4CC73644419B96786849CD0414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4E4ABAE5DA465E97A6237A780953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D22589-F299-4C9E-863D-694D8BA5F36C}"/>
      </w:docPartPr>
      <w:docPartBody>
        <w:p w:rsidR="004161F5" w:rsidRDefault="00567B6C" w:rsidP="00567B6C">
          <w:pPr>
            <w:pStyle w:val="CA4E4ABAE5DA465E97A6237A7809538C1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156AE4FD73954CA688AAE317B3213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A54D89-F76C-4B3C-8579-EA2E8196A733}"/>
      </w:docPartPr>
      <w:docPartBody>
        <w:p w:rsidR="004161F5" w:rsidRDefault="00567B6C" w:rsidP="00567B6C">
          <w:pPr>
            <w:pStyle w:val="156AE4FD73954CA688AAE317B321396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5A277E4DAE4119840AF2E2D970F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D2EF1-8C4B-40AD-A1A3-1058D7398D87}"/>
      </w:docPartPr>
      <w:docPartBody>
        <w:p w:rsidR="004161F5" w:rsidRDefault="00567B6C" w:rsidP="00567B6C">
          <w:pPr>
            <w:pStyle w:val="6D5A277E4DAE4119840AF2E2D970FC5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6FFECF142C4598987272C037E480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FFF58-CD8B-47CA-9A92-700D5D4B22EB}"/>
      </w:docPartPr>
      <w:docPartBody>
        <w:p w:rsidR="004161F5" w:rsidRDefault="00567B6C" w:rsidP="00567B6C">
          <w:pPr>
            <w:pStyle w:val="586FFECF142C4598987272C037E4807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B6E5FECABF45829BB384A56029A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B77E3C-E47F-492F-917F-B367670F50BA}"/>
      </w:docPartPr>
      <w:docPartBody>
        <w:p w:rsidR="004161F5" w:rsidRDefault="00567B6C" w:rsidP="00567B6C">
          <w:pPr>
            <w:pStyle w:val="0FB6E5FECABF45829BB384A56029A28D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7041F98D97294F33B27DB409BE8E34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810D7-BAC3-4F3C-AC22-3015849488B2}"/>
      </w:docPartPr>
      <w:docPartBody>
        <w:p w:rsidR="004161F5" w:rsidRDefault="00567B6C" w:rsidP="00567B6C">
          <w:pPr>
            <w:pStyle w:val="7041F98D97294F33B27DB409BE8E34F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AB6D1D873F4738BF61AE6976378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F29A2-919B-4DA5-9E94-2D5172BCF8D4}"/>
      </w:docPartPr>
      <w:docPartBody>
        <w:p w:rsidR="004161F5" w:rsidRDefault="00567B6C" w:rsidP="00567B6C">
          <w:pPr>
            <w:pStyle w:val="73AB6D1D873F4738BF61AE697637871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0891A0A4C04E9D9F8A8F3644975C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65F44-5DDA-48A4-9642-C993305A98EF}"/>
      </w:docPartPr>
      <w:docPartBody>
        <w:p w:rsidR="004161F5" w:rsidRDefault="00567B6C" w:rsidP="00567B6C">
          <w:pPr>
            <w:pStyle w:val="520891A0A4C04E9D9F8A8F3644975CB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82574595EA444189787F4DFB8EE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8631A-6AFE-4F51-999B-F563E850910A}"/>
      </w:docPartPr>
      <w:docPartBody>
        <w:p w:rsidR="004161F5" w:rsidRDefault="00567B6C" w:rsidP="00567B6C">
          <w:pPr>
            <w:pStyle w:val="C582574595EA444189787F4DFB8EE37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670920D67C4481B676B57D42BEF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3B76D-B474-4900-B332-874E7E539ED4}"/>
      </w:docPartPr>
      <w:docPartBody>
        <w:p w:rsidR="004161F5" w:rsidRDefault="00567B6C" w:rsidP="00567B6C">
          <w:pPr>
            <w:pStyle w:val="55670920D67C4481B676B57D42BEF39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34C0B0E50C4165979C1D1CD6EF5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4D27D-680B-4463-BD9E-6BFD859A660B}"/>
      </w:docPartPr>
      <w:docPartBody>
        <w:p w:rsidR="004161F5" w:rsidRDefault="00567B6C" w:rsidP="00567B6C">
          <w:pPr>
            <w:pStyle w:val="1734C0B0E50C4165979C1D1CD6EF511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23504971984E3CA014D7D54995C9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8ACEB-C183-4290-B4AE-E71E975A024E}"/>
      </w:docPartPr>
      <w:docPartBody>
        <w:p w:rsidR="00667F4B" w:rsidRDefault="004161F5" w:rsidP="004161F5">
          <w:pPr>
            <w:pStyle w:val="0423504971984E3CA014D7D54995C960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A98CC7936C024C2988776FBA2CC670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5606D-72F2-420D-A4A5-2B1138A8CD5E}"/>
      </w:docPartPr>
      <w:docPartBody>
        <w:p w:rsidR="00667F4B" w:rsidRDefault="00567B6C" w:rsidP="00567B6C">
          <w:pPr>
            <w:pStyle w:val="A98CC7936C024C2988776FBA2CC670B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9B36F7201C45DF99CA9FA9C4290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A1CBC0-41C9-418E-9952-13C00E6ED73C}"/>
      </w:docPartPr>
      <w:docPartBody>
        <w:p w:rsidR="00667F4B" w:rsidRDefault="00567B6C" w:rsidP="00567B6C">
          <w:pPr>
            <w:pStyle w:val="2E9B36F7201C45DF99CA9FA9C42900A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814CF1CD7A47D3BB560F37A96F9D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433EE-A462-4E7A-9841-E73A061EB40C}"/>
      </w:docPartPr>
      <w:docPartBody>
        <w:p w:rsidR="00667F4B" w:rsidRDefault="00567B6C" w:rsidP="00567B6C">
          <w:pPr>
            <w:pStyle w:val="09814CF1CD7A47D3BB560F37A96F9D5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93DEAF92564508A217818A964BB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393E0-001B-4B7D-A421-D9B6B2CA1FE4}"/>
      </w:docPartPr>
      <w:docPartBody>
        <w:p w:rsidR="00667F4B" w:rsidRDefault="00567B6C" w:rsidP="00567B6C">
          <w:pPr>
            <w:pStyle w:val="7793DEAF92564508A217818A964BBBC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F14FB66A15431389EB3E003A7DA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6AF9D1-D349-4B4C-8AC3-C194B67500ED}"/>
      </w:docPartPr>
      <w:docPartBody>
        <w:p w:rsidR="00413438" w:rsidRDefault="00567B6C" w:rsidP="00567B6C">
          <w:pPr>
            <w:pStyle w:val="D5F14FB66A15431389EB3E003A7DADB1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650B01579224C17841E78E78C0579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E05105-B3F9-4707-A643-A9C4862E43CC}"/>
      </w:docPartPr>
      <w:docPartBody>
        <w:p w:rsidR="00413438" w:rsidRDefault="00567B6C" w:rsidP="00567B6C">
          <w:pPr>
            <w:pStyle w:val="0650B01579224C17841E78E78C05793F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774A2D43DF304886A881A48DB725E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1E72E5-4948-48E8-9DE8-B06639183B3A}"/>
      </w:docPartPr>
      <w:docPartBody>
        <w:p w:rsidR="00413438" w:rsidRDefault="00567B6C" w:rsidP="00567B6C">
          <w:pPr>
            <w:pStyle w:val="774A2D43DF304886A881A48DB725E3A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2DC1AC1EF943789D35F04A292863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D506E0-FADB-414D-92CD-DEB6601EDB19}"/>
      </w:docPartPr>
      <w:docPartBody>
        <w:p w:rsidR="00413438" w:rsidRDefault="00567B6C" w:rsidP="00567B6C">
          <w:pPr>
            <w:pStyle w:val="F52DC1AC1EF943789D35F04A29286323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0F9E9C7F32471294302BE920C10E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CD664F-E9C8-4485-9683-DC8C4E265DBB}"/>
      </w:docPartPr>
      <w:docPartBody>
        <w:p w:rsidR="00413438" w:rsidRDefault="00567B6C" w:rsidP="00567B6C">
          <w:pPr>
            <w:pStyle w:val="8F0F9E9C7F32471294302BE920C10E93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400EF9D5C5064AC3A5046E4511DC1E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BB0F91-ADE7-4D80-8AA1-9EC72A9426B7}"/>
      </w:docPartPr>
      <w:docPartBody>
        <w:p w:rsidR="00413438" w:rsidRDefault="00567B6C" w:rsidP="00567B6C">
          <w:pPr>
            <w:pStyle w:val="400EF9D5C5064AC3A5046E4511DC1EF5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47C1A675730A4DF4BE8EF00B988061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F0FAA6-9860-4C30-9999-C8719FE9A738}"/>
      </w:docPartPr>
      <w:docPartBody>
        <w:p w:rsidR="00413438" w:rsidRDefault="00567B6C" w:rsidP="00567B6C">
          <w:pPr>
            <w:pStyle w:val="47C1A675730A4DF4BE8EF00B9880615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66F365C96545E7BCD8875465C89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A6FC79-DC28-4008-BBA4-F67252027701}"/>
      </w:docPartPr>
      <w:docPartBody>
        <w:p w:rsidR="00413438" w:rsidRDefault="00567B6C" w:rsidP="00567B6C">
          <w:pPr>
            <w:pStyle w:val="B066F365C96545E7BCD8875465C8950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A6CB71295541ACA9F42EDDCCA9A3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4242E4-429A-407F-B29A-5FB51318A063}"/>
      </w:docPartPr>
      <w:docPartBody>
        <w:p w:rsidR="00413438" w:rsidRDefault="00567B6C" w:rsidP="00567B6C">
          <w:pPr>
            <w:pStyle w:val="84A6CB71295541ACA9F42EDDCCA9A36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D7DA4317824562B0E76F185F28F5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399A68-6658-47DB-9892-973690EEFA89}"/>
      </w:docPartPr>
      <w:docPartBody>
        <w:p w:rsidR="00413438" w:rsidRDefault="00567B6C" w:rsidP="00567B6C">
          <w:pPr>
            <w:pStyle w:val="BAD7DA4317824562B0E76F185F28F5ED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3A89163453E74F2594044BAC0AC304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CF81B-8809-4098-9DFF-40C73AA9BBE6}"/>
      </w:docPartPr>
      <w:docPartBody>
        <w:p w:rsidR="00413438" w:rsidRDefault="00567B6C" w:rsidP="00567B6C">
          <w:pPr>
            <w:pStyle w:val="3A89163453E74F2594044BAC0AC3048A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4CD7F55E56614662B1BD690D409E39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89F4AE-5277-45A4-95CF-B5CFF18E507D}"/>
      </w:docPartPr>
      <w:docPartBody>
        <w:p w:rsidR="00413438" w:rsidRDefault="00567B6C" w:rsidP="00567B6C">
          <w:pPr>
            <w:pStyle w:val="4CD7F55E56614662B1BD690D409E392D1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83CA545F1404488F9BCDC6DF6ECD56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82B3B0-6067-4C72-B989-4349DD7499EF}"/>
      </w:docPartPr>
      <w:docPartBody>
        <w:p w:rsidR="00413438" w:rsidRDefault="00567B6C" w:rsidP="00567B6C">
          <w:pPr>
            <w:pStyle w:val="83CA545F1404488F9BCDC6DF6ECD569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791A6C3B4B409F9841ABAC34947C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D2372C-25E2-443E-BBA7-8F2561F21C41}"/>
      </w:docPartPr>
      <w:docPartBody>
        <w:p w:rsidR="00413438" w:rsidRDefault="00567B6C" w:rsidP="00567B6C">
          <w:pPr>
            <w:pStyle w:val="64791A6C3B4B409F9841ABAC34947CD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B2F660841949E08B46FD76E76ED4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2216E7-41C3-425C-9613-3D89A8E935D8}"/>
      </w:docPartPr>
      <w:docPartBody>
        <w:p w:rsidR="00413438" w:rsidRDefault="00567B6C" w:rsidP="00567B6C">
          <w:pPr>
            <w:pStyle w:val="7BB2F660841949E08B46FD76E76ED417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22D1F9AF534FDC8C02CAF2CDAB4B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C9B8F1-BC2D-4BA2-83D5-1751178FA561}"/>
      </w:docPartPr>
      <w:docPartBody>
        <w:p w:rsidR="00413438" w:rsidRDefault="00567B6C" w:rsidP="00567B6C">
          <w:pPr>
            <w:pStyle w:val="6522D1F9AF534FDC8C02CAF2CDAB4BB3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F382E02C342B49EE9B5620169D18E6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2CEE58-689D-4AF6-8F7E-FBB6AAF12241}"/>
      </w:docPartPr>
      <w:docPartBody>
        <w:p w:rsidR="00413438" w:rsidRDefault="00567B6C" w:rsidP="00567B6C">
          <w:pPr>
            <w:pStyle w:val="F382E02C342B49EE9B5620169D18E6811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B3C318EBCB23488ABD237F04F18A79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A06682-0656-4787-BF65-F38DE3EA5C4E}"/>
      </w:docPartPr>
      <w:docPartBody>
        <w:p w:rsidR="00413438" w:rsidRDefault="00567B6C" w:rsidP="00567B6C">
          <w:pPr>
            <w:pStyle w:val="B3C318EBCB23488ABD237F04F18A79F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DB70BD4451466F97471D39AB200A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4CA97A-82BD-4CA4-8C9C-99CEB3ECF10D}"/>
      </w:docPartPr>
      <w:docPartBody>
        <w:p w:rsidR="00413438" w:rsidRDefault="00567B6C" w:rsidP="00567B6C">
          <w:pPr>
            <w:pStyle w:val="27DB70BD4451466F97471D39AB200A3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B0EFB6E5C44B36A3A949DA73FDCE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EF1DA8-8C5C-4B6C-AD71-755251B89CDC}"/>
      </w:docPartPr>
      <w:docPartBody>
        <w:p w:rsidR="00413438" w:rsidRDefault="00567B6C" w:rsidP="00567B6C">
          <w:pPr>
            <w:pStyle w:val="42B0EFB6E5C44B36A3A949DA73FDCE3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9B4CFDD701402581D2184F704108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182D9C-CD44-49D6-9058-E59C2FBDF162}"/>
      </w:docPartPr>
      <w:docPartBody>
        <w:p w:rsidR="00413438" w:rsidRDefault="00567B6C" w:rsidP="00567B6C">
          <w:pPr>
            <w:pStyle w:val="889B4CFDD701402581D2184F70410878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E7D02D12569949259F4B303AE9EE91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A76D1-381F-4CA9-B7AF-88F917F3FC88}"/>
      </w:docPartPr>
      <w:docPartBody>
        <w:p w:rsidR="00413438" w:rsidRDefault="00567B6C" w:rsidP="00567B6C">
          <w:pPr>
            <w:pStyle w:val="E7D02D12569949259F4B303AE9EE91BE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AA78230F4974F91A466D1A3E44D5E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829B16-3BFD-4A48-8F7F-0BAC8779B0C1}"/>
      </w:docPartPr>
      <w:docPartBody>
        <w:p w:rsidR="00413438" w:rsidRDefault="00567B6C" w:rsidP="00567B6C">
          <w:pPr>
            <w:pStyle w:val="CAA78230F4974F91A466D1A3E44D5E2D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F0CFA2EC4C7B4356B9A2A03A62C389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DF5D85-CB3E-4A44-9637-CCF8369D9D55}"/>
      </w:docPartPr>
      <w:docPartBody>
        <w:p w:rsidR="00413438" w:rsidRDefault="00567B6C" w:rsidP="00567B6C">
          <w:pPr>
            <w:pStyle w:val="F0CFA2EC4C7B4356B9A2A03A62C38968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9380793E9EE044989EB44762814E78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A11D0B-E82C-43C9-ACEC-A191B2932E65}"/>
      </w:docPartPr>
      <w:docPartBody>
        <w:p w:rsidR="00413438" w:rsidRDefault="00567B6C" w:rsidP="00567B6C">
          <w:pPr>
            <w:pStyle w:val="9380793E9EE044989EB44762814E78B6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E951C26B4874E2787CBE628EA2C20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0264B1-7029-4E4B-B362-40B4EA5114CB}"/>
      </w:docPartPr>
      <w:docPartBody>
        <w:p w:rsidR="00413438" w:rsidRDefault="00567B6C" w:rsidP="00567B6C">
          <w:pPr>
            <w:pStyle w:val="0E951C26B4874E2787CBE628EA2C2094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7E5AC0373094234B85BEF415F1A89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B2388E-C272-4943-B48F-BBC861F70C42}"/>
      </w:docPartPr>
      <w:docPartBody>
        <w:p w:rsidR="00413438" w:rsidRDefault="00567B6C" w:rsidP="00567B6C">
          <w:pPr>
            <w:pStyle w:val="07E5AC0373094234B85BEF415F1A8998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3ED87B2022A34B2198DC2B217B191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83268-A1D0-414B-9E4C-274FBCEDF1FC}"/>
      </w:docPartPr>
      <w:docPartBody>
        <w:p w:rsidR="00413438" w:rsidRDefault="00567B6C" w:rsidP="00567B6C">
          <w:pPr>
            <w:pStyle w:val="3ED87B2022A34B2198DC2B217B191AF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75FCDD7E8CBA47AF8DF1392A068279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9941F8-4D5C-4663-A3A8-5C88DCAC5BFC}"/>
      </w:docPartPr>
      <w:docPartBody>
        <w:p w:rsidR="00567B6C" w:rsidRDefault="00567B6C" w:rsidP="00567B6C">
          <w:pPr>
            <w:pStyle w:val="75FCDD7E8CBA47AF8DF1392A068279201"/>
          </w:pPr>
          <w:r w:rsidRPr="00B55134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23B5767361C04BDF87CDE2A1D720DE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2856D-8931-4600-B094-B146CB4C952D}"/>
      </w:docPartPr>
      <w:docPartBody>
        <w:p w:rsidR="00567B6C" w:rsidRDefault="00567B6C" w:rsidP="00567B6C">
          <w:pPr>
            <w:pStyle w:val="23B5767361C04BDF87CDE2A1D720DEE91"/>
          </w:pPr>
          <w:r w:rsidRPr="00B55134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BF66836761CB48009FD186E94546F1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88F03D-5AEE-46DB-8F35-437A151ECBF6}"/>
      </w:docPartPr>
      <w:docPartBody>
        <w:p w:rsidR="00567B6C" w:rsidRDefault="00567B6C" w:rsidP="00567B6C">
          <w:pPr>
            <w:pStyle w:val="BF66836761CB48009FD186E94546F1D21"/>
          </w:pPr>
          <w:r w:rsidRPr="00B55134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909692DD68FC467196C1C9410F36C1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6D1FD0-768C-4073-8ED1-81174B468444}"/>
      </w:docPartPr>
      <w:docPartBody>
        <w:p w:rsidR="00567B6C" w:rsidRDefault="00567B6C" w:rsidP="00567B6C">
          <w:pPr>
            <w:pStyle w:val="909692DD68FC467196C1C9410F36C1541"/>
          </w:pPr>
          <w:r w:rsidRPr="00B55134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8C39FE935B5F4135BE95899E6F9287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8BC12D-D0C1-4449-AF2E-7E94D1F859FE}"/>
      </w:docPartPr>
      <w:docPartBody>
        <w:p w:rsidR="00321C55" w:rsidRDefault="00567B6C" w:rsidP="00567B6C">
          <w:pPr>
            <w:pStyle w:val="8C39FE935B5F4135BE95899E6F92876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F20629DF794E8490503CFF87420A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6AF2B2-44D4-4783-8823-B0C1ABC8421F}"/>
      </w:docPartPr>
      <w:docPartBody>
        <w:p w:rsidR="00321C55" w:rsidRDefault="00567B6C" w:rsidP="00567B6C">
          <w:pPr>
            <w:pStyle w:val="8AF20629DF794E8490503CFF87420AAB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7C52EC37A1804A43AEACAA9CDDBDA7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500BE2-C22A-4A25-ADAF-0BAFD8B9F8EB}"/>
      </w:docPartPr>
      <w:docPartBody>
        <w:p w:rsidR="00321C55" w:rsidRDefault="00567B6C" w:rsidP="00567B6C">
          <w:pPr>
            <w:pStyle w:val="7C52EC37A1804A43AEACAA9CDDBDA7E0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FAD70FDA92D94E518B5D6852FFE94F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F92F3-FBD4-455D-8468-C335EDD20A14}"/>
      </w:docPartPr>
      <w:docPartBody>
        <w:p w:rsidR="00321C55" w:rsidRDefault="00567B6C" w:rsidP="00567B6C">
          <w:pPr>
            <w:pStyle w:val="FAD70FDA92D94E518B5D6852FFE94FB4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307F08047F438481E7FF6FE33520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1404F3-D225-47AB-8761-575721D4BFAB}"/>
      </w:docPartPr>
      <w:docPartBody>
        <w:p w:rsidR="00321C55" w:rsidRDefault="00567B6C" w:rsidP="00567B6C">
          <w:pPr>
            <w:pStyle w:val="08307F08047F438481E7FF6FE335202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DE42F6AA224C40803236C20997D2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67CD75-7A83-4E40-A64C-8185C5DFA34F}"/>
      </w:docPartPr>
      <w:docPartBody>
        <w:p w:rsidR="00321C55" w:rsidRDefault="00567B6C" w:rsidP="00567B6C">
          <w:pPr>
            <w:pStyle w:val="E0DE42F6AA224C40803236C20997D21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DAA879AD2CD42CAB979D7CF254A16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EC5D0F-7E18-457E-96CE-8B31C3BCBE54}"/>
      </w:docPartPr>
      <w:docPartBody>
        <w:p w:rsidR="00321C55" w:rsidRDefault="00567B6C" w:rsidP="00567B6C">
          <w:pPr>
            <w:pStyle w:val="5DAA879AD2CD42CAB979D7CF254A165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14F6E01BF71430BABA2DC41869103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1E67AD-F0F7-4A82-90A1-EA41BF793B8C}"/>
      </w:docPartPr>
      <w:docPartBody>
        <w:p w:rsidR="00321C55" w:rsidRDefault="00567B6C" w:rsidP="00567B6C">
          <w:pPr>
            <w:pStyle w:val="214F6E01BF71430BABA2DC418691037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E7CE34803E4050A28F087B516FF5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B76024-A8AF-482E-99D0-096FEC8F9C50}"/>
      </w:docPartPr>
      <w:docPartBody>
        <w:p w:rsidR="00321C55" w:rsidRDefault="00567B6C" w:rsidP="00567B6C">
          <w:pPr>
            <w:pStyle w:val="D8E7CE34803E4050A28F087B516FF587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A7A1677AEEBE47878FC213BD6023F1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CC2DC9-6A37-4F6B-902B-C07E31DD38DE}"/>
      </w:docPartPr>
      <w:docPartBody>
        <w:p w:rsidR="00321C55" w:rsidRDefault="00567B6C" w:rsidP="00567B6C">
          <w:pPr>
            <w:pStyle w:val="A7A1677AEEBE47878FC213BD6023F1C1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DBA4D64B2DC94573AF53839827D900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370049-BDEB-435C-AE4B-ED00118614DA}"/>
      </w:docPartPr>
      <w:docPartBody>
        <w:p w:rsidR="00321C55" w:rsidRDefault="00567B6C" w:rsidP="00567B6C">
          <w:pPr>
            <w:pStyle w:val="DBA4D64B2DC94573AF53839827D900A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65E13F39954F52A5F64E533C2B7F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BBC30F-0964-4F29-B12E-4AD5F2FEA55E}"/>
      </w:docPartPr>
      <w:docPartBody>
        <w:p w:rsidR="00321C55" w:rsidRDefault="00567B6C" w:rsidP="00567B6C">
          <w:pPr>
            <w:pStyle w:val="2465E13F39954F52A5F64E533C2B7F2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511105834B4BB1A87B781940C65B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73DDB2-D862-43C7-9C1B-EB3EC65EB894}"/>
      </w:docPartPr>
      <w:docPartBody>
        <w:p w:rsidR="00321C55" w:rsidRDefault="00567B6C" w:rsidP="00567B6C">
          <w:pPr>
            <w:pStyle w:val="64511105834B4BB1A87B781940C65B3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54B02779234496889B69410EA03E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677CE5-1880-41B6-B16A-1DD630EE25CB}"/>
      </w:docPartPr>
      <w:docPartBody>
        <w:p w:rsidR="00321C55" w:rsidRDefault="00567B6C" w:rsidP="00567B6C">
          <w:pPr>
            <w:pStyle w:val="4454B02779234496889B69410EA03ED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FE88FA714F427CA7DF478088E9A1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DB97F5-889C-47CF-8E53-B8A617D6D3E7}"/>
      </w:docPartPr>
      <w:docPartBody>
        <w:p w:rsidR="00321C55" w:rsidRDefault="00567B6C" w:rsidP="00567B6C">
          <w:pPr>
            <w:pStyle w:val="3DFE88FA714F427CA7DF478088E9A1C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5CE99511074854AE1064189719F4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6DC392-734E-42DD-9B78-E77322593518}"/>
      </w:docPartPr>
      <w:docPartBody>
        <w:p w:rsidR="00321C55" w:rsidRDefault="00567B6C" w:rsidP="00567B6C">
          <w:pPr>
            <w:pStyle w:val="255CE99511074854AE1064189719F418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912A8F2FE6D64107969A8E7ADCAE2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1FAF33-F4F6-4715-BBE5-2ED8E4C44AF4}"/>
      </w:docPartPr>
      <w:docPartBody>
        <w:p w:rsidR="00321C55" w:rsidRDefault="00567B6C" w:rsidP="00567B6C">
          <w:pPr>
            <w:pStyle w:val="912A8F2FE6D64107969A8E7ADCAE26F3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FBAB49DBB5F54F41A1E6FC98D7BE52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4E09DD-67B1-4E80-A02F-F732B41B9DAF}"/>
      </w:docPartPr>
      <w:docPartBody>
        <w:p w:rsidR="00321C55" w:rsidRDefault="00567B6C" w:rsidP="00567B6C">
          <w:pPr>
            <w:pStyle w:val="FBAB49DBB5F54F41A1E6FC98D7BE5294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107E0C11964FC7BDBD2185FBD079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7A0438-24EC-4A1E-9A79-81F4020543F7}"/>
      </w:docPartPr>
      <w:docPartBody>
        <w:p w:rsidR="00321C55" w:rsidRDefault="00567B6C" w:rsidP="00567B6C">
          <w:pPr>
            <w:pStyle w:val="47107E0C11964FC7BDBD2185FBD0793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A2DB612CBB405687BFA940C5AC16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2DBA66-7BDE-4E32-B6F4-4623D8DC8AB5}"/>
      </w:docPartPr>
      <w:docPartBody>
        <w:p w:rsidR="00321C55" w:rsidRDefault="00567B6C" w:rsidP="00567B6C">
          <w:pPr>
            <w:pStyle w:val="4FA2DB612CBB405687BFA940C5AC16F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1413A964FA417E8643B4C2A9CD81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975227-9327-48E5-83F6-7531D5CF5C1C}"/>
      </w:docPartPr>
      <w:docPartBody>
        <w:p w:rsidR="00321C55" w:rsidRDefault="00567B6C" w:rsidP="00567B6C">
          <w:pPr>
            <w:pStyle w:val="121413A964FA417E8643B4C2A9CD811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795785F87345A3B268B7B7D17DEA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7D5D04-0D05-4025-A235-27B5C6F68683}"/>
      </w:docPartPr>
      <w:docPartBody>
        <w:p w:rsidR="00321C55" w:rsidRDefault="00567B6C" w:rsidP="00567B6C">
          <w:pPr>
            <w:pStyle w:val="14795785F87345A3B268B7B7D17DEAA41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D7E70E0172D24A03A702C5414635EC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306F83-D07F-4B84-AD07-93996624E083}"/>
      </w:docPartPr>
      <w:docPartBody>
        <w:p w:rsidR="00321C55" w:rsidRDefault="00567B6C" w:rsidP="00567B6C">
          <w:pPr>
            <w:pStyle w:val="D7E70E0172D24A03A702C5414635EC5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76CB69C1644606A7DDB257E46456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1FB73C-8F8D-453B-9075-354C535322E6}"/>
      </w:docPartPr>
      <w:docPartBody>
        <w:p w:rsidR="00321C55" w:rsidRDefault="00567B6C" w:rsidP="00567B6C">
          <w:pPr>
            <w:pStyle w:val="3476CB69C1644606A7DDB257E46456C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B71DC2550D46DE8019DED3F7D42B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81B1AA-6C87-4BEF-A5ED-00C94A0702FA}"/>
      </w:docPartPr>
      <w:docPartBody>
        <w:p w:rsidR="00321C55" w:rsidRDefault="00567B6C" w:rsidP="00567B6C">
          <w:pPr>
            <w:pStyle w:val="51B71DC2550D46DE8019DED3F7D42B4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E20F6ACE47444B9FA9C6776968C7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19DB31-F993-42F4-8F52-7FE10508D8CB}"/>
      </w:docPartPr>
      <w:docPartBody>
        <w:p w:rsidR="00321C55" w:rsidRDefault="00567B6C" w:rsidP="00567B6C">
          <w:pPr>
            <w:pStyle w:val="33E20F6ACE47444B9FA9C6776968C7A9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3B7DF0E4A11346189B41BF7ACFCF29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F6CF49-5661-42C8-863A-FD8B81D46B3B}"/>
      </w:docPartPr>
      <w:docPartBody>
        <w:p w:rsidR="00321C55" w:rsidRDefault="00567B6C" w:rsidP="00567B6C">
          <w:pPr>
            <w:pStyle w:val="3B7DF0E4A11346189B41BF7ACFCF29AB1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2E662A55009D4E04A1C9F333D5C6F5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2D3767-6993-4464-BBC3-2DC50EF6D346}"/>
      </w:docPartPr>
      <w:docPartBody>
        <w:p w:rsidR="00321C55" w:rsidRDefault="00567B6C" w:rsidP="00567B6C">
          <w:pPr>
            <w:pStyle w:val="2E662A55009D4E04A1C9F333D5C6F58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70514D84B0F4F2C92214C3DD3BB10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FA49D1-ECEA-4C60-81EA-53226A15CB2A}"/>
      </w:docPartPr>
      <w:docPartBody>
        <w:p w:rsidR="00321C55" w:rsidRDefault="00567B6C" w:rsidP="00567B6C">
          <w:pPr>
            <w:pStyle w:val="B70514D84B0F4F2C92214C3DD3BB107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B020D0DDF441728AE480706F4701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798EB1-0573-4630-93DC-3EE81D1BA3AC}"/>
      </w:docPartPr>
      <w:docPartBody>
        <w:p w:rsidR="00321C55" w:rsidRDefault="00567B6C" w:rsidP="00567B6C">
          <w:pPr>
            <w:pStyle w:val="86B020D0DDF441728AE480706F4701B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7E0B2509DF43D6A9B65B04E806FF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B44CB8-207A-45BB-A3C2-95B3FA7BDF2C}"/>
      </w:docPartPr>
      <w:docPartBody>
        <w:p w:rsidR="00321C55" w:rsidRDefault="00567B6C" w:rsidP="00567B6C">
          <w:pPr>
            <w:pStyle w:val="E17E0B2509DF43D6A9B65B04E806FF6F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5067513E1FEE485583DC2D511D4FE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49CB46-962F-4C7E-AED4-F829DA2856B1}"/>
      </w:docPartPr>
      <w:docPartBody>
        <w:p w:rsidR="00321C55" w:rsidRDefault="00567B6C" w:rsidP="00567B6C">
          <w:pPr>
            <w:pStyle w:val="5067513E1FEE485583DC2D511D4FE574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5AF4402CB8477FA22404E798D51F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47BBC5-FA4E-456A-A1A9-5503F4608A1B}"/>
      </w:docPartPr>
      <w:docPartBody>
        <w:p w:rsidR="00321C55" w:rsidRDefault="00567B6C" w:rsidP="00567B6C">
          <w:pPr>
            <w:pStyle w:val="6A5AF4402CB8477FA22404E798D51F4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6756481FC3436FB9B7F9262047B8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0F49C1-D771-4E6A-AEBC-5D2D5EE2FF9B}"/>
      </w:docPartPr>
      <w:docPartBody>
        <w:p w:rsidR="00321C55" w:rsidRDefault="00567B6C" w:rsidP="00567B6C">
          <w:pPr>
            <w:pStyle w:val="1D6756481FC3436FB9B7F9262047B867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67D57B32844EBC9A3E9B94601938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35F31B-B660-4D86-AA0E-2DC58991251F}"/>
      </w:docPartPr>
      <w:docPartBody>
        <w:p w:rsidR="00321C55" w:rsidRDefault="00567B6C" w:rsidP="00567B6C">
          <w:pPr>
            <w:pStyle w:val="A367D57B32844EBC9A3E9B946019385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F7AE26D9954FE8A13C68ECE16F38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5A3C7B-DB8F-455F-AD14-6BA774B517CE}"/>
      </w:docPartPr>
      <w:docPartBody>
        <w:p w:rsidR="00321C55" w:rsidRDefault="00567B6C" w:rsidP="00567B6C">
          <w:pPr>
            <w:pStyle w:val="16F7AE26D9954FE8A13C68ECE16F38A3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BA5BA1FD93472D8C965EA79DB103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258DD6-F123-4341-BE95-2D50E966E17B}"/>
      </w:docPartPr>
      <w:docPartBody>
        <w:p w:rsidR="00321C55" w:rsidRDefault="00567B6C" w:rsidP="00567B6C">
          <w:pPr>
            <w:pStyle w:val="DDBA5BA1FD93472D8C965EA79DB1037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CBFF16946249A589AD781488DD83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3302E5-6A07-4BA4-9666-E65601856D61}"/>
      </w:docPartPr>
      <w:docPartBody>
        <w:p w:rsidR="00321C55" w:rsidRDefault="00567B6C" w:rsidP="00567B6C">
          <w:pPr>
            <w:pStyle w:val="8ACBFF16946249A589AD781488DD83F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B84D409A1843E7BA72F64FD4750F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7578E2-6A02-4DD4-B2CB-C47B1E870034}"/>
      </w:docPartPr>
      <w:docPartBody>
        <w:p w:rsidR="00321C55" w:rsidRDefault="00567B6C" w:rsidP="00567B6C">
          <w:pPr>
            <w:pStyle w:val="A2B84D409A1843E7BA72F64FD4750F4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86393736F7411181C53D320A5186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B77D77-4EE8-4CDA-AA96-511BCE21CC97}"/>
      </w:docPartPr>
      <w:docPartBody>
        <w:p w:rsidR="00321C55" w:rsidRDefault="00567B6C" w:rsidP="00567B6C">
          <w:pPr>
            <w:pStyle w:val="6F86393736F7411181C53D320A5186C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A09491CB3F49EB8C44764D81B02F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EDB0BE-100A-4A0E-9F34-B7D33734C61A}"/>
      </w:docPartPr>
      <w:docPartBody>
        <w:p w:rsidR="00321C55" w:rsidRDefault="00567B6C" w:rsidP="00567B6C">
          <w:pPr>
            <w:pStyle w:val="7EA09491CB3F49EB8C44764D81B02F2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B5E13C1C0448D3AF04D50D15D86F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E33A5F-6929-41F2-A758-86156AC550A4}"/>
      </w:docPartPr>
      <w:docPartBody>
        <w:p w:rsidR="00321C55" w:rsidRDefault="00567B6C" w:rsidP="00567B6C">
          <w:pPr>
            <w:pStyle w:val="A5B5E13C1C0448D3AF04D50D15D86FF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BFD649FCB72499689F96262AF2B65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B36451-C2B2-4475-A27A-7B36C828827E}"/>
      </w:docPartPr>
      <w:docPartBody>
        <w:p w:rsidR="00321C55" w:rsidRDefault="00567B6C" w:rsidP="00567B6C">
          <w:pPr>
            <w:pStyle w:val="9BFD649FCB72499689F96262AF2B65E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6E120AC24F4013A638C71D37F626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56E502-7EB6-44F8-8E83-84828FFD2AE9}"/>
      </w:docPartPr>
      <w:docPartBody>
        <w:p w:rsidR="00321C55" w:rsidRDefault="00567B6C" w:rsidP="00567B6C">
          <w:pPr>
            <w:pStyle w:val="226E120AC24F4013A638C71D37F6268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5F2070BE0045E99E1B3FC8144088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5C0737-6417-40EF-A211-CE73C70A94A7}"/>
      </w:docPartPr>
      <w:docPartBody>
        <w:p w:rsidR="00321C55" w:rsidRDefault="00567B6C" w:rsidP="00567B6C">
          <w:pPr>
            <w:pStyle w:val="D65F2070BE0045E99E1B3FC8144088A7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7A1B8E3467437ABE7C107583ED90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22800C-9A30-4EB7-9B9F-8A6BF4B7173B}"/>
      </w:docPartPr>
      <w:docPartBody>
        <w:p w:rsidR="00321C55" w:rsidRDefault="00567B6C" w:rsidP="00567B6C">
          <w:pPr>
            <w:pStyle w:val="F97A1B8E3467437ABE7C107583ED90D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DC6F069C5B44D4AE1F557912EFC0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DC446B-CA76-4630-B032-CC6569FEA512}"/>
      </w:docPartPr>
      <w:docPartBody>
        <w:p w:rsidR="00321C55" w:rsidRDefault="00567B6C" w:rsidP="00567B6C">
          <w:pPr>
            <w:pStyle w:val="58DC6F069C5B44D4AE1F557912EFC0D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14DDBEDF7740608A54268938935F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539FA3-8169-43F3-8A5D-FB21E8DC5F27}"/>
      </w:docPartPr>
      <w:docPartBody>
        <w:p w:rsidR="00321C55" w:rsidRDefault="00567B6C" w:rsidP="00567B6C">
          <w:pPr>
            <w:pStyle w:val="0C14DDBEDF7740608A54268938935F3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977D92365A4D2C9C266CFBD2F35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40B351-F5B4-4A41-B549-8F1E950376EC}"/>
      </w:docPartPr>
      <w:docPartBody>
        <w:p w:rsidR="00321C55" w:rsidRDefault="00567B6C" w:rsidP="00567B6C">
          <w:pPr>
            <w:pStyle w:val="A7977D92365A4D2C9C266CFBD2F351B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E63E59E1854991BFB1E112B2A782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EDE221-32E0-4549-933C-195B5C3B26B4}"/>
      </w:docPartPr>
      <w:docPartBody>
        <w:p w:rsidR="00321C55" w:rsidRDefault="00567B6C" w:rsidP="00567B6C">
          <w:pPr>
            <w:pStyle w:val="29E63E59E1854991BFB1E112B2A7826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F5F3C3E67F43D29D75C737CDDA08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631F4F-0737-417F-8423-B4350780964F}"/>
      </w:docPartPr>
      <w:docPartBody>
        <w:p w:rsidR="00321C55" w:rsidRDefault="00567B6C" w:rsidP="00567B6C">
          <w:pPr>
            <w:pStyle w:val="4BF5F3C3E67F43D29D75C737CDDA086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B5EA422B984DB29A6511626994F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949752-CC88-43B4-8C7A-904FA1920A32}"/>
      </w:docPartPr>
      <w:docPartBody>
        <w:p w:rsidR="00321C55" w:rsidRDefault="00567B6C" w:rsidP="00567B6C">
          <w:pPr>
            <w:pStyle w:val="C2B5EA422B984DB29A6511626994F6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E81A6318F84CECBD5AA3776BD579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B7F1A-34B1-42CD-A21E-F3BEC78AAA2A}"/>
      </w:docPartPr>
      <w:docPartBody>
        <w:p w:rsidR="00321C55" w:rsidRDefault="00567B6C" w:rsidP="00567B6C">
          <w:pPr>
            <w:pStyle w:val="5FE81A6318F84CECBD5AA3776BD5797F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C3226DDF4A4A948F0DFA2FB549BA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ACA577-87B4-40B1-9AC4-60F7D375D1C4}"/>
      </w:docPartPr>
      <w:docPartBody>
        <w:p w:rsidR="00321C55" w:rsidRDefault="00567B6C" w:rsidP="00567B6C">
          <w:pPr>
            <w:pStyle w:val="1EC3226DDF4A4A948F0DFA2FB549BA78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DCD6E0E1EC4A4E2DB92516D20FDCFD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DB46C6-1CA2-4534-AF21-7C7348BA10F9}"/>
      </w:docPartPr>
      <w:docPartBody>
        <w:p w:rsidR="00321C55" w:rsidRDefault="00567B6C" w:rsidP="00567B6C">
          <w:pPr>
            <w:pStyle w:val="DCD6E0E1EC4A4E2DB92516D20FDCFD86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4975FC7C748F47A884E89F8C2C4A96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1BCE58-6C2E-4DDA-8E3E-5147BC47DB4F}"/>
      </w:docPartPr>
      <w:docPartBody>
        <w:p w:rsidR="00321C55" w:rsidRDefault="00567B6C" w:rsidP="00567B6C">
          <w:pPr>
            <w:pStyle w:val="4975FC7C748F47A884E89F8C2C4A967D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8E0F85D549426EBE28ABF588A284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4EC07C-B153-48A0-99E6-9397C5B0D56B}"/>
      </w:docPartPr>
      <w:docPartBody>
        <w:p w:rsidR="00321C55" w:rsidRDefault="00567B6C" w:rsidP="00567B6C">
          <w:pPr>
            <w:pStyle w:val="F98E0F85D549426EBE28ABF588A2847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4D5CC9B9B04C22B1848BD827A123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9F540B-F325-4CA8-B551-7068868BEB59}"/>
      </w:docPartPr>
      <w:docPartBody>
        <w:p w:rsidR="00321C55" w:rsidRDefault="00567B6C" w:rsidP="00567B6C">
          <w:pPr>
            <w:pStyle w:val="934D5CC9B9B04C22B1848BD827A123E9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9DF83D9A7C489CAF24884C7A48A2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EBB44C-2521-4A84-871B-EBDBBF043178}"/>
      </w:docPartPr>
      <w:docPartBody>
        <w:p w:rsidR="00321C55" w:rsidRDefault="00567B6C" w:rsidP="00567B6C">
          <w:pPr>
            <w:pStyle w:val="2B9DF83D9A7C489CAF24884C7A48A21B"/>
          </w:pPr>
          <w:r w:rsidRPr="00E73B0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8F72A467CF4586BA4D2DB540E553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6BD769-4620-488C-BA70-7A500BC71D7D}"/>
      </w:docPartPr>
      <w:docPartBody>
        <w:p w:rsidR="00321C55" w:rsidRDefault="00567B6C" w:rsidP="00567B6C">
          <w:pPr>
            <w:pStyle w:val="168F72A467CF4586BA4D2DB540E55335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D8C46588144AFC928F9C8EFA6536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0A94F8-04F7-4223-90A2-C0357595D87E}"/>
      </w:docPartPr>
      <w:docPartBody>
        <w:p w:rsidR="00321C55" w:rsidRDefault="00567B6C" w:rsidP="00567B6C">
          <w:pPr>
            <w:pStyle w:val="85D8C46588144AFC928F9C8EFA6536F5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A6B99E0CCC41FFB8D2FE52F184C1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AE8A1-84FD-48A5-B79B-8E5230C168FE}"/>
      </w:docPartPr>
      <w:docPartBody>
        <w:p w:rsidR="00321C55" w:rsidRDefault="00567B6C" w:rsidP="00567B6C">
          <w:pPr>
            <w:pStyle w:val="87A6B99E0CCC41FFB8D2FE52F184C125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5A8844BA87304448AA1F193247D724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CD60DA-DB2E-403F-8927-3BF898020F03}"/>
      </w:docPartPr>
      <w:docPartBody>
        <w:p w:rsidR="00321C55" w:rsidRDefault="00567B6C" w:rsidP="00567B6C">
          <w:pPr>
            <w:pStyle w:val="5A8844BA87304448AA1F193247D724E7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FD9A17773F8243B49E6690755FB471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A15C4-EAA8-44E0-850E-FB34BA793B12}"/>
      </w:docPartPr>
      <w:docPartBody>
        <w:p w:rsidR="00321C55" w:rsidRDefault="00567B6C" w:rsidP="00567B6C">
          <w:pPr>
            <w:pStyle w:val="FD9A17773F8243B49E6690755FB4714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9E380C433140F4A6B8C6263934A2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D9EE7D-DA66-4680-8F9B-270B4AB1EBB0}"/>
      </w:docPartPr>
      <w:docPartBody>
        <w:p w:rsidR="00321C55" w:rsidRDefault="00567B6C" w:rsidP="00567B6C">
          <w:pPr>
            <w:pStyle w:val="BA9E380C433140F4A6B8C6263934A21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CC279208C24148B3501648F2005E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02BCAA-955B-4B2D-8A15-0A4083F5D7B2}"/>
      </w:docPartPr>
      <w:docPartBody>
        <w:p w:rsidR="00321C55" w:rsidRDefault="00567B6C" w:rsidP="00567B6C">
          <w:pPr>
            <w:pStyle w:val="B0CC279208C24148B3501648F2005E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D4012744744A2B91E84379281E93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18935E-BF00-4CDD-B720-207A97B0E7BC}"/>
      </w:docPartPr>
      <w:docPartBody>
        <w:p w:rsidR="00321C55" w:rsidRDefault="00567B6C" w:rsidP="00567B6C">
          <w:pPr>
            <w:pStyle w:val="84D4012744744A2B91E84379281E93E7"/>
          </w:pPr>
          <w:r w:rsidRPr="00E73B0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AF6584226B43D18478465032C9F0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582805-4D4C-4348-8FCA-B820C13C1C3A}"/>
      </w:docPartPr>
      <w:docPartBody>
        <w:p w:rsidR="00321C55" w:rsidRDefault="00567B6C" w:rsidP="00567B6C">
          <w:pPr>
            <w:pStyle w:val="A7AF6584226B43D18478465032C9F025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9ED8CDDDC44CB5AD8FE3FE25513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F9EE6B-07D1-42EA-AF77-B1F242055A7D}"/>
      </w:docPartPr>
      <w:docPartBody>
        <w:p w:rsidR="00321C55" w:rsidRDefault="00567B6C" w:rsidP="00567B6C">
          <w:pPr>
            <w:pStyle w:val="B49ED8CDDDC44CB5AD8FE3FE255130A9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53886FB7F942599C81914856CD3A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49C752-3170-4F71-8991-5936F670243C}"/>
      </w:docPartPr>
      <w:docPartBody>
        <w:p w:rsidR="00321C55" w:rsidRDefault="00567B6C" w:rsidP="00567B6C">
          <w:pPr>
            <w:pStyle w:val="4453886FB7F942599C81914856CD3AEA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1D6CA312821E499EAF9760E3D5A820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82D92C-4582-4566-9324-EBA6FB1830C1}"/>
      </w:docPartPr>
      <w:docPartBody>
        <w:p w:rsidR="00321C55" w:rsidRDefault="00567B6C" w:rsidP="00567B6C">
          <w:pPr>
            <w:pStyle w:val="1D6CA312821E499EAF9760E3D5A8200A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DC3C9606CF744E9689C71BD50C838D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513C67-A252-4C35-A2E4-075ECA834A30}"/>
      </w:docPartPr>
      <w:docPartBody>
        <w:p w:rsidR="00321C55" w:rsidRDefault="00567B6C" w:rsidP="00567B6C">
          <w:pPr>
            <w:pStyle w:val="DC3C9606CF744E9689C71BD50C838DF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952ED3E62849CFAE25C00C5AE3E4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69ED3-9E0D-4F17-BB9D-C43D21B0DC9F}"/>
      </w:docPartPr>
      <w:docPartBody>
        <w:p w:rsidR="00321C55" w:rsidRDefault="00567B6C" w:rsidP="00567B6C">
          <w:pPr>
            <w:pStyle w:val="A2952ED3E62849CFAE25C00C5AE3E47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9A582D9018414DBB96195FCBBBE5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7DDC3F-EA27-4FF4-8CE9-82C86A937BDC}"/>
      </w:docPartPr>
      <w:docPartBody>
        <w:p w:rsidR="00321C55" w:rsidRDefault="00567B6C" w:rsidP="00567B6C">
          <w:pPr>
            <w:pStyle w:val="EC9A582D9018414DBB96195FCBBBE53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61E32A2440491BA87BA6ABD74662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034174-2D78-4AE5-8A09-461EF7FB3906}"/>
      </w:docPartPr>
      <w:docPartBody>
        <w:p w:rsidR="00321C55" w:rsidRDefault="00567B6C" w:rsidP="00567B6C">
          <w:pPr>
            <w:pStyle w:val="CA61E32A2440491BA87BA6ABD746621F"/>
          </w:pPr>
          <w:r w:rsidRPr="00E73B0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E1"/>
    <w:rsid w:val="00041DFE"/>
    <w:rsid w:val="002630F8"/>
    <w:rsid w:val="00321C55"/>
    <w:rsid w:val="00413438"/>
    <w:rsid w:val="004161F5"/>
    <w:rsid w:val="00422BA4"/>
    <w:rsid w:val="00567B6C"/>
    <w:rsid w:val="005A051B"/>
    <w:rsid w:val="006239E1"/>
    <w:rsid w:val="006326A1"/>
    <w:rsid w:val="00667F4B"/>
    <w:rsid w:val="006D0099"/>
    <w:rsid w:val="0079219B"/>
    <w:rsid w:val="00926343"/>
    <w:rsid w:val="009A5C93"/>
    <w:rsid w:val="00B302C0"/>
    <w:rsid w:val="00BD0B7C"/>
    <w:rsid w:val="00E5708D"/>
    <w:rsid w:val="00F277ED"/>
    <w:rsid w:val="00F52E0C"/>
    <w:rsid w:val="00F75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67B6C"/>
    <w:rPr>
      <w:color w:val="666666"/>
    </w:rPr>
  </w:style>
  <w:style w:type="paragraph" w:customStyle="1" w:styleId="0423504971984E3CA014D7D54995C960">
    <w:name w:val="0423504971984E3CA014D7D54995C960"/>
    <w:rsid w:val="004161F5"/>
  </w:style>
  <w:style w:type="paragraph" w:customStyle="1" w:styleId="1734C0B0E50C4165979C1D1CD6EF51181">
    <w:name w:val="1734C0B0E50C4165979C1D1CD6EF5118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4D6CB2241074A76A75ACE4A72F3BACA1">
    <w:name w:val="F4D6CB2241074A76A75ACE4A72F3BACA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C6BE9DD57B042A78E73AE6C65AB81E91">
    <w:name w:val="5C6BE9DD57B042A78E73AE6C65AB81E9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94FF17A7DD844238942618D220CAEE01">
    <w:name w:val="B94FF17A7DD844238942618D220CAEE0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5F14FB66A15431389EB3E003A7DADB11">
    <w:name w:val="D5F14FB66A15431389EB3E003A7DADB1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67E5F504CE04A3283DBB5C362BF53DD1">
    <w:name w:val="767E5F504CE04A3283DBB5C362BF53DD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5FCDD7E8CBA47AF8DF1392A068279201">
    <w:name w:val="75FCDD7E8CBA47AF8DF1392A06827920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5FA136DFCC9400EA3643631FD9D49AC1">
    <w:name w:val="15FA136DFCC9400EA3643631FD9D49AC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650B01579224C17841E78E78C05793F1">
    <w:name w:val="0650B01579224C17841E78E78C05793F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58EF154077D4EC492E0AA02749775EE1">
    <w:name w:val="758EF154077D4EC492E0AA02749775EE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0444590C5F4414E83C6454885D5753D1">
    <w:name w:val="60444590C5F4414E83C6454885D5753D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6DC268CB3744C7AF90E558EFABE7F61">
    <w:name w:val="096DC268CB3744C7AF90E558EFABE7F6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6EE3227410F4460A6706019F08584BA1">
    <w:name w:val="16EE3227410F4460A6706019F08584BA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5C6ADD19D0A4F7F9AA8A8D4CCB1374F1">
    <w:name w:val="35C6ADD19D0A4F7F9AA8A8D4CCB1374F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AD4EFDEB46F4DD3B07D7D864B6EAEB21">
    <w:name w:val="0AD4EFDEB46F4DD3B07D7D864B6EAEB2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69D259CE28476AA1EB44B74A93B0DE1">
    <w:name w:val="C969D259CE28476AA1EB44B74A93B0DE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163D3241B974CB9999FF0EC5B4E2B211">
    <w:name w:val="4163D3241B974CB9999FF0EC5B4E2B21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9495584885745569DDCF4FEC1482D051">
    <w:name w:val="89495584885745569DDCF4FEC1482D05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6C6F6902A3B4D4CA7D745FDDA70B68A1">
    <w:name w:val="66C6F6902A3B4D4CA7D745FDDA70B68A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CD965A9EE694FECADF2476D720E7B6E1">
    <w:name w:val="4CD965A9EE694FECADF2476D720E7B6E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E232A6ADC042DB884957F020A929BA1">
    <w:name w:val="09E232A6ADC042DB884957F020A929BA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DF7FD3C5E5C4C0992D419903A5ACDD91">
    <w:name w:val="3DF7FD3C5E5C4C0992D419903A5ACDD9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DFFF9D18954E1993F5C0789B03E1791">
    <w:name w:val="CADFFF9D18954E1993F5C0789B03E179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7F90F891404138BEF4C8B0986FE7061">
    <w:name w:val="657F90F891404138BEF4C8B0986FE706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113B8A854441D682CE5AC80AFB08601">
    <w:name w:val="C9113B8A854441D682CE5AC80AFB0860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98CC7936C024C2988776FBA2CC670BD1">
    <w:name w:val="A98CC7936C024C2988776FBA2CC670BD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E9B36F7201C45DF99CA9FA9C42900AE1">
    <w:name w:val="2E9B36F7201C45DF99CA9FA9C42900AE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814CF1CD7A47D3BB560F37A96F9D581">
    <w:name w:val="09814CF1CD7A47D3BB560F37A96F9D58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93DEAF92564508A217818A964BBBC01">
    <w:name w:val="7793DEAF92564508A217818A964BBBC0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72FF4CA11794B8A841DB2220DF10EA61">
    <w:name w:val="872FF4CA11794B8A841DB2220DF10EA6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97BD512F134974B65EC5CE1A1FFA5C1">
    <w:name w:val="4E97BD512F134974B65EC5CE1A1FFA5C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3C24FC1DD4E4C25906C3761C0E444F21">
    <w:name w:val="43C24FC1DD4E4C25906C3761C0E444F2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5B51F8A20C49259CB13015EB1213891">
    <w:name w:val="6E5B51F8A20C49259CB13015EB121389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CA81B7FEB124004A04A95F11ADBD7A71">
    <w:name w:val="ACA81B7FEB124004A04A95F11ADBD7A7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3F5175B57004446843F4F317C13BE7C1">
    <w:name w:val="E3F5175B57004446843F4F317C13BE7C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2E25C8BD59485F83A4E1A3EB66C1CA1">
    <w:name w:val="6E2E25C8BD59485F83A4E1A3EB66C1CA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4CADD3637F3476CAEF2795719E307AF1">
    <w:name w:val="74CADD3637F3476CAEF2795719E307AF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B27C8C8D90949D99B80C3BCC40C6DB11">
    <w:name w:val="AB27C8C8D90949D99B80C3BCC40C6DB1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E6BAA36B4CE46CCBA1107A2CA86328D1">
    <w:name w:val="BE6BAA36B4CE46CCBA1107A2CA86328D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8F3A9EE91754E259AFD2F141BD88EC31">
    <w:name w:val="98F3A9EE91754E259AFD2F141BD88EC3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562792367E244C2B52C13434E400DB21">
    <w:name w:val="A562792367E244C2B52C13434E400DB2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E217E49FF2B4BCCB4F3ACCCBA8620561">
    <w:name w:val="7E217E49FF2B4BCCB4F3ACCCBA862056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6B6B6169038418C8F137F03A3BAC3E61">
    <w:name w:val="A6B6B6169038418C8F137F03A3BAC3E6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A84038C5BAB4BC98BCFD7720888F4EA1">
    <w:name w:val="BA84038C5BAB4BC98BCFD7720888F4EA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A85F1BB5E59479D91B2E845B74103B11">
    <w:name w:val="2A85F1BB5E59479D91B2E845B74103B1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4A0FEE22AB4D08A85FAFBB84445CB91">
    <w:name w:val="734A0FEE22AB4D08A85FAFBB84445CB9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AE69983638E496B87E186B118E83D051">
    <w:name w:val="3AE69983638E496B87E186B118E83D05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1B8BE8E635423EB269141E9E2912AC1">
    <w:name w:val="4E1B8BE8E635423EB269141E9E2912AC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2C19E6AA2346A4966003129C441C2C1">
    <w:name w:val="522C19E6AA2346A4966003129C441C2C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C6DBC8E8B3947CB8F9195F36B67D85A1">
    <w:name w:val="DC6DBC8E8B3947CB8F9195F36B67D85A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9487EF4E50B45EF8F8DF0A58099CB091">
    <w:name w:val="49487EF4E50B45EF8F8DF0A58099CB09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C39FE935B5F4135BE95899E6F9287611">
    <w:name w:val="8C39FE935B5F4135BE95899E6F928761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AF20629DF794E8490503CFF87420AAB1">
    <w:name w:val="8AF20629DF794E8490503CFF87420AAB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C52EC37A1804A43AEACAA9CDDBDA7E01">
    <w:name w:val="7C52EC37A1804A43AEACAA9CDDBDA7E0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AD70FDA92D94E518B5D6852FFE94FB41">
    <w:name w:val="FAD70FDA92D94E518B5D6852FFE94FB4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8307F08047F438481E7FF6FE33520211">
    <w:name w:val="08307F08047F438481E7FF6FE3352021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0DE42F6AA224C40803236C20997D2151">
    <w:name w:val="E0DE42F6AA224C40803236C20997D215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DAA879AD2CD42CAB979D7CF254A165F1">
    <w:name w:val="5DAA879AD2CD42CAB979D7CF254A165F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14F6E01BF71430BABA2DC41869103711">
    <w:name w:val="214F6E01BF71430BABA2DC4186910371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8E7CE34803E4050A28F087B516FF5871">
    <w:name w:val="D8E7CE34803E4050A28F087B516FF587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7A1677AEEBE47878FC213BD6023F1C11">
    <w:name w:val="A7A1677AEEBE47878FC213BD6023F1C1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BA4D64B2DC94573AF53839827D900AC1">
    <w:name w:val="DBA4D64B2DC94573AF53839827D900AC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465E13F39954F52A5F64E533C2B7F2B1">
    <w:name w:val="2465E13F39954F52A5F64E533C2B7F2B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4511105834B4BB1A87B781940C65B351">
    <w:name w:val="64511105834B4BB1A87B781940C65B35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454B02779234496889B69410EA03ED81">
    <w:name w:val="4454B02779234496889B69410EA03ED8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DFE88FA714F427CA7DF478088E9A1C21">
    <w:name w:val="3DFE88FA714F427CA7DF478088E9A1C2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55CE99511074854AE1064189719F4181">
    <w:name w:val="255CE99511074854AE1064189719F418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12A8F2FE6D64107969A8E7ADCAE26F31">
    <w:name w:val="912A8F2FE6D64107969A8E7ADCAE26F3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BAB49DBB5F54F41A1E6FC98D7BE52941">
    <w:name w:val="FBAB49DBB5F54F41A1E6FC98D7BE5294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7107E0C11964FC7BDBD2185FBD0793E1">
    <w:name w:val="47107E0C11964FC7BDBD2185FBD0793E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FA2DB612CBB405687BFA940C5AC16F81">
    <w:name w:val="4FA2DB612CBB405687BFA940C5AC16F8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21413A964FA417E8643B4C2A9CD81101">
    <w:name w:val="121413A964FA417E8643B4C2A9CD8110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6C5AA04D5744E5397F5B4C02E599FEC1">
    <w:name w:val="C6C5AA04D5744E5397F5B4C02E599FEC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7845195F10471BB191FDF6254F450F1">
    <w:name w:val="657845195F10471BB191FDF6254F450F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261ABEBA6024587BD9BFFA89B86CBAD1">
    <w:name w:val="4261ABEBA6024587BD9BFFA89B86CBAD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CE4C47E07C843CCA2D7255597D077051">
    <w:name w:val="ECE4C47E07C843CCA2D7255597D07705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444CF760006459A89EF2B7CE3AFF2D11">
    <w:name w:val="9444CF760006459A89EF2B7CE3AFF2D1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451D5A1F2414B9AB219F05CFB3EC45E1">
    <w:name w:val="A451D5A1F2414B9AB219F05CFB3EC45E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58E1C4CC73644419B96786849CD04141">
    <w:name w:val="E58E1C4CC73644419B96786849CD0414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AD7DA4317824562B0E76F185F28F5ED1">
    <w:name w:val="BAD7DA4317824562B0E76F185F28F5ED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4A2D43DF304886A881A48DB725E3AA1">
    <w:name w:val="774A2D43DF304886A881A48DB725E3AA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52DC1AC1EF943789D35F04A292863231">
    <w:name w:val="F52DC1AC1EF943789D35F04A29286323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F0F9E9C7F32471294302BE920C10E931">
    <w:name w:val="8F0F9E9C7F32471294302BE920C10E93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00EF9D5C5064AC3A5046E4511DC1EF51">
    <w:name w:val="400EF9D5C5064AC3A5046E4511DC1EF5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7C1A675730A4DF4BE8EF00B9880615E1">
    <w:name w:val="47C1A675730A4DF4BE8EF00B9880615E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066F365C96545E7BCD8875465C895051">
    <w:name w:val="B066F365C96545E7BCD8875465C89505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4A6CB71295541ACA9F42EDDCCA9A3651">
    <w:name w:val="84A6CB71295541ACA9F42EDDCCA9A365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A89163453E74F2594044BAC0AC3048A1">
    <w:name w:val="3A89163453E74F2594044BAC0AC3048A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4E4ABAE5DA465E97A6237A7809538C1">
    <w:name w:val="CA4E4ABAE5DA465E97A6237A7809538C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56AE4FD73954CA688AAE317B321396B1">
    <w:name w:val="156AE4FD73954CA688AAE317B321396B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D5A277E4DAE4119840AF2E2D970FC5F1">
    <w:name w:val="6D5A277E4DAE4119840AF2E2D970FC5F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86FFECF142C4598987272C037E4807A1">
    <w:name w:val="586FFECF142C4598987272C037E4807A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FB6E5FECABF45829BB384A56029A28D1">
    <w:name w:val="0FB6E5FECABF45829BB384A56029A28D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CD7F55E56614662B1BD690D409E392D1">
    <w:name w:val="4CD7F55E56614662B1BD690D409E392D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3CA545F1404488F9BCDC6DF6ECD56981">
    <w:name w:val="83CA545F1404488F9BCDC6DF6ECD5698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4791A6C3B4B409F9841ABAC34947CDA1">
    <w:name w:val="64791A6C3B4B409F9841ABAC34947CDA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BB2F660841949E08B46FD76E76ED4171">
    <w:name w:val="7BB2F660841949E08B46FD76E76ED417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22D1F9AF534FDC8C02CAF2CDAB4BB31">
    <w:name w:val="6522D1F9AF534FDC8C02CAF2CDAB4BB3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382E02C342B49EE9B5620169D18E6811">
    <w:name w:val="F382E02C342B49EE9B5620169D18E681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3C318EBCB23488ABD237F04F18A79FA1">
    <w:name w:val="B3C318EBCB23488ABD237F04F18A79FA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7DB70BD4451466F97471D39AB200A3E1">
    <w:name w:val="27DB70BD4451466F97471D39AB200A3E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2B0EFB6E5C44B36A3A949DA73FDCE361">
    <w:name w:val="42B0EFB6E5C44B36A3A949DA73FDCE36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89B4CFDD701402581D2184F704108781">
    <w:name w:val="889B4CFDD701402581D2184F70410878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4795785F87345A3B268B7B7D17DEAA41">
    <w:name w:val="14795785F87345A3B268B7B7D17DEAA4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7E70E0172D24A03A702C5414635EC591">
    <w:name w:val="D7E70E0172D24A03A702C5414635EC59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476CB69C1644606A7DDB257E46456C51">
    <w:name w:val="3476CB69C1644606A7DDB257E46456C5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1B71DC2550D46DE8019DED3F7D42B421">
    <w:name w:val="51B71DC2550D46DE8019DED3F7D42B42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3E20F6ACE47444B9FA9C6776968C7A91">
    <w:name w:val="33E20F6ACE47444B9FA9C6776968C7A9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B7DF0E4A11346189B41BF7ACFCF29AB1">
    <w:name w:val="3B7DF0E4A11346189B41BF7ACFCF29AB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E662A55009D4E04A1C9F333D5C6F5891">
    <w:name w:val="2E662A55009D4E04A1C9F333D5C6F589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70514D84B0F4F2C92214C3DD3BB10711">
    <w:name w:val="B70514D84B0F4F2C92214C3DD3BB1071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6B020D0DDF441728AE480706F4701B11">
    <w:name w:val="86B020D0DDF441728AE480706F4701B1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17E0B2509DF43D6A9B65B04E806FF6F1">
    <w:name w:val="E17E0B2509DF43D6A9B65B04E806FF6F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041F98D97294F33B27DB409BE8E34F11">
    <w:name w:val="7041F98D97294F33B27DB409BE8E34F1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AB6D1D873F4738BF61AE697637871D1">
    <w:name w:val="73AB6D1D873F4738BF61AE697637871D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0891A0A4C04E9D9F8A8F3644975CB11">
    <w:name w:val="520891A0A4C04E9D9F8A8F3644975CB1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582574595EA444189787F4DFB8EE37F1">
    <w:name w:val="C582574595EA444189787F4DFB8EE37F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5670920D67C4481B676B57D42BEF39B1">
    <w:name w:val="55670920D67C4481B676B57D42BEF39B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067513E1FEE485583DC2D511D4FE5741">
    <w:name w:val="5067513E1FEE485583DC2D511D4FE574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A5AF4402CB8477FA22404E798D51F421">
    <w:name w:val="6A5AF4402CB8477FA22404E798D51F42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D6756481FC3436FB9B7F9262047B8671">
    <w:name w:val="1D6756481FC3436FB9B7F9262047B867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367D57B32844EBC9A3E9B94601938511">
    <w:name w:val="A367D57B32844EBC9A3E9B9460193851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6F7AE26D9954FE8A13C68ECE16F38A31">
    <w:name w:val="16F7AE26D9954FE8A13C68ECE16F38A3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DBA5BA1FD93472D8C965EA79DB1037B1">
    <w:name w:val="DDBA5BA1FD93472D8C965EA79DB1037B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ACBFF16946249A589AD781488DD83F61">
    <w:name w:val="8ACBFF16946249A589AD781488DD83F6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2B84D409A1843E7BA72F64FD4750F4B1">
    <w:name w:val="A2B84D409A1843E7BA72F64FD4750F4B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F86393736F7411181C53D320A5186CB1">
    <w:name w:val="6F86393736F7411181C53D320A5186CB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EA09491CB3F49EB8C44764D81B02F221">
    <w:name w:val="7EA09491CB3F49EB8C44764D81B02F22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5B5E13C1C0448D3AF04D50D15D86FF91">
    <w:name w:val="A5B5E13C1C0448D3AF04D50D15D86FF9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BFD649FCB72499689F96262AF2B65E61">
    <w:name w:val="9BFD649FCB72499689F96262AF2B65E6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26E120AC24F4013A638C71D37F626811">
    <w:name w:val="226E120AC24F4013A638C71D37F62681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65F2070BE0045E99E1B3FC8144088A71">
    <w:name w:val="D65F2070BE0045E99E1B3FC8144088A7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97A1B8E3467437ABE7C107583ED90D81">
    <w:name w:val="F97A1B8E3467437ABE7C107583ED90D8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8DC6F069C5B44D4AE1F557912EFC0D91">
    <w:name w:val="58DC6F069C5B44D4AE1F557912EFC0D9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C14DDBEDF7740608A54268938935F311">
    <w:name w:val="0C14DDBEDF7740608A54268938935F31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7977D92365A4D2C9C266CFBD2F351B61">
    <w:name w:val="A7977D92365A4D2C9C266CFBD2F351B6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9E63E59E1854991BFB1E112B2A7826A1">
    <w:name w:val="29E63E59E1854991BFB1E112B2A7826A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BF5F3C3E67F43D29D75C737CDDA086A1">
    <w:name w:val="4BF5F3C3E67F43D29D75C737CDDA086A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7D02D12569949259F4B303AE9EE91BE">
    <w:name w:val="E7D02D12569949259F4B303AE9EE91BE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A78230F4974F91A466D1A3E44D5E2D">
    <w:name w:val="CAA78230F4974F91A466D1A3E44D5E2D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0CFA2EC4C7B4356B9A2A03A62C38968">
    <w:name w:val="F0CFA2EC4C7B4356B9A2A03A62C38968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380793E9EE044989EB44762814E78B6">
    <w:name w:val="9380793E9EE044989EB44762814E78B6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E951C26B4874E2787CBE628EA2C2094">
    <w:name w:val="0E951C26B4874E2787CBE628EA2C2094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7E5AC0373094234B85BEF415F1A8998">
    <w:name w:val="07E5AC0373094234B85BEF415F1A8998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ED87B2022A34B2198DC2B217B191AF1">
    <w:name w:val="3ED87B2022A34B2198DC2B217B191AF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3B5767361C04BDF87CDE2A1D720DEE91">
    <w:name w:val="23B5767361C04BDF87CDE2A1D720DEE9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F66836761CB48009FD186E94546F1D21">
    <w:name w:val="BF66836761CB48009FD186E94546F1D2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09692DD68FC467196C1C9410F36C1541">
    <w:name w:val="909692DD68FC467196C1C9410F36C1541"/>
    <w:rsid w:val="00567B6C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2B5EA422B984DB29A6511626994F6D1">
    <w:name w:val="C2B5EA422B984DB29A6511626994F6D1"/>
    <w:rsid w:val="00567B6C"/>
  </w:style>
  <w:style w:type="paragraph" w:customStyle="1" w:styleId="5FE81A6318F84CECBD5AA3776BD5797F">
    <w:name w:val="5FE81A6318F84CECBD5AA3776BD5797F"/>
    <w:rsid w:val="00567B6C"/>
  </w:style>
  <w:style w:type="paragraph" w:customStyle="1" w:styleId="1EC3226DDF4A4A948F0DFA2FB549BA78">
    <w:name w:val="1EC3226DDF4A4A948F0DFA2FB549BA78"/>
    <w:rsid w:val="00567B6C"/>
  </w:style>
  <w:style w:type="paragraph" w:customStyle="1" w:styleId="DCD6E0E1EC4A4E2DB92516D20FDCFD86">
    <w:name w:val="DCD6E0E1EC4A4E2DB92516D20FDCFD86"/>
    <w:rsid w:val="00567B6C"/>
  </w:style>
  <w:style w:type="paragraph" w:customStyle="1" w:styleId="4975FC7C748F47A884E89F8C2C4A967D">
    <w:name w:val="4975FC7C748F47A884E89F8C2C4A967D"/>
    <w:rsid w:val="00567B6C"/>
  </w:style>
  <w:style w:type="paragraph" w:customStyle="1" w:styleId="F98E0F85D549426EBE28ABF588A28471">
    <w:name w:val="F98E0F85D549426EBE28ABF588A28471"/>
    <w:rsid w:val="00567B6C"/>
  </w:style>
  <w:style w:type="paragraph" w:customStyle="1" w:styleId="934D5CC9B9B04C22B1848BD827A123E9">
    <w:name w:val="934D5CC9B9B04C22B1848BD827A123E9"/>
    <w:rsid w:val="00567B6C"/>
  </w:style>
  <w:style w:type="paragraph" w:customStyle="1" w:styleId="2B9DF83D9A7C489CAF24884C7A48A21B">
    <w:name w:val="2B9DF83D9A7C489CAF24884C7A48A21B"/>
    <w:rsid w:val="00567B6C"/>
  </w:style>
  <w:style w:type="paragraph" w:customStyle="1" w:styleId="168F72A467CF4586BA4D2DB540E55335">
    <w:name w:val="168F72A467CF4586BA4D2DB540E55335"/>
    <w:rsid w:val="00567B6C"/>
  </w:style>
  <w:style w:type="paragraph" w:customStyle="1" w:styleId="85D8C46588144AFC928F9C8EFA6536F5">
    <w:name w:val="85D8C46588144AFC928F9C8EFA6536F5"/>
    <w:rsid w:val="00567B6C"/>
  </w:style>
  <w:style w:type="paragraph" w:customStyle="1" w:styleId="87A6B99E0CCC41FFB8D2FE52F184C125">
    <w:name w:val="87A6B99E0CCC41FFB8D2FE52F184C125"/>
    <w:rsid w:val="00567B6C"/>
  </w:style>
  <w:style w:type="paragraph" w:customStyle="1" w:styleId="5A8844BA87304448AA1F193247D724E7">
    <w:name w:val="5A8844BA87304448AA1F193247D724E7"/>
    <w:rsid w:val="00567B6C"/>
  </w:style>
  <w:style w:type="paragraph" w:customStyle="1" w:styleId="FD9A17773F8243B49E6690755FB4714C">
    <w:name w:val="FD9A17773F8243B49E6690755FB4714C"/>
    <w:rsid w:val="00567B6C"/>
  </w:style>
  <w:style w:type="paragraph" w:customStyle="1" w:styleId="BA9E380C433140F4A6B8C6263934A212">
    <w:name w:val="BA9E380C433140F4A6B8C6263934A212"/>
    <w:rsid w:val="00567B6C"/>
  </w:style>
  <w:style w:type="paragraph" w:customStyle="1" w:styleId="B0CC279208C24148B3501648F2005EA1">
    <w:name w:val="B0CC279208C24148B3501648F2005EA1"/>
    <w:rsid w:val="00567B6C"/>
  </w:style>
  <w:style w:type="paragraph" w:customStyle="1" w:styleId="84D4012744744A2B91E84379281E93E7">
    <w:name w:val="84D4012744744A2B91E84379281E93E7"/>
    <w:rsid w:val="00567B6C"/>
  </w:style>
  <w:style w:type="paragraph" w:customStyle="1" w:styleId="A7AF6584226B43D18478465032C9F025">
    <w:name w:val="A7AF6584226B43D18478465032C9F025"/>
    <w:rsid w:val="00567B6C"/>
  </w:style>
  <w:style w:type="paragraph" w:customStyle="1" w:styleId="B49ED8CDDDC44CB5AD8FE3FE255130A9">
    <w:name w:val="B49ED8CDDDC44CB5AD8FE3FE255130A9"/>
    <w:rsid w:val="00567B6C"/>
  </w:style>
  <w:style w:type="paragraph" w:customStyle="1" w:styleId="4453886FB7F942599C81914856CD3AEA">
    <w:name w:val="4453886FB7F942599C81914856CD3AEA"/>
    <w:rsid w:val="00567B6C"/>
  </w:style>
  <w:style w:type="paragraph" w:customStyle="1" w:styleId="1D6CA312821E499EAF9760E3D5A8200A">
    <w:name w:val="1D6CA312821E499EAF9760E3D5A8200A"/>
    <w:rsid w:val="00567B6C"/>
  </w:style>
  <w:style w:type="paragraph" w:customStyle="1" w:styleId="DC3C9606CF744E9689C71BD50C838DFC">
    <w:name w:val="DC3C9606CF744E9689C71BD50C838DFC"/>
    <w:rsid w:val="00567B6C"/>
  </w:style>
  <w:style w:type="paragraph" w:customStyle="1" w:styleId="A2952ED3E62849CFAE25C00C5AE3E47C">
    <w:name w:val="A2952ED3E62849CFAE25C00C5AE3E47C"/>
    <w:rsid w:val="00567B6C"/>
  </w:style>
  <w:style w:type="paragraph" w:customStyle="1" w:styleId="EC9A582D9018414DBB96195FCBBBE53C">
    <w:name w:val="EC9A582D9018414DBB96195FCBBBE53C"/>
    <w:rsid w:val="00567B6C"/>
  </w:style>
  <w:style w:type="paragraph" w:customStyle="1" w:styleId="CA61E32A2440491BA87BA6ABD746621F">
    <w:name w:val="CA61E32A2440491BA87BA6ABD746621F"/>
    <w:rsid w:val="00567B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5383CA1-4EBA-4675-946A-4E3876E1728D}">
  <we:reference id="a3b40b4f-8edf-490e-9df1-7e66f93912bf" version="1.2.0.0" store="EXCatalog" storeType="EXCatalog"/>
  <we:alternateReferences>
    <we:reference id="WA104380526" version="1.2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15185260-356a-4f99-88cc-936cb4cb807e" xsi:nil="true"/>
    <g91b68ba74af4c7b983d18b6ea194a39 xmlns="503bbec5-b5d2-4817-b31a-e56cf9689349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Training</TermName>
          <TermId xmlns="http://schemas.microsoft.com/office/infopath/2007/PartnerControls">d40a543f-cf93-4dd2-8e77-c73395edc57f</TermId>
        </TermInfo>
      </Terms>
    </g91b68ba74af4c7b983d18b6ea194a39>
    <TaxCatchAll xmlns="503bbec5-b5d2-4817-b31a-e56cf9689349">
      <Value>31</Value>
    </TaxCatchAll>
    <_ip_UnifiedCompliancePolicyProperties xmlns="http://schemas.microsoft.com/sharepoint/v3" xsi:nil="true"/>
    <Status xmlns="15185260-356a-4f99-88cc-936cb4cb807e" xsi:nil="true"/>
    <lcf76f155ced4ddcb4097134ff3c332f xmlns="15185260-356a-4f99-88cc-936cb4cb807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raining Document" ma:contentTypeID="0x010100E71D276AF3F30A40B0518270157AC0D12600A5CCBD870995834399D357334277DA3A" ma:contentTypeVersion="24" ma:contentTypeDescription="" ma:contentTypeScope="" ma:versionID="51cadf1560be46046a2c601411ceb66b">
  <xsd:schema xmlns:xsd="http://www.w3.org/2001/XMLSchema" xmlns:xs="http://www.w3.org/2001/XMLSchema" xmlns:p="http://schemas.microsoft.com/office/2006/metadata/properties" xmlns:ns1="http://schemas.microsoft.com/sharepoint/v3" xmlns:ns2="503bbec5-b5d2-4817-b31a-e56cf9689349" xmlns:ns3="15185260-356a-4f99-88cc-936cb4cb807e" targetNamespace="http://schemas.microsoft.com/office/2006/metadata/properties" ma:root="true" ma:fieldsID="e98f9ee26940bd46210317464be3b008" ns1:_="" ns2:_="" ns3:_="">
    <xsd:import namespace="http://schemas.microsoft.com/sharepoint/v3"/>
    <xsd:import namespace="503bbec5-b5d2-4817-b31a-e56cf9689349"/>
    <xsd:import namespace="15185260-356a-4f99-88cc-936cb4cb807e"/>
    <xsd:element name="properties">
      <xsd:complexType>
        <xsd:sequence>
          <xsd:element name="documentManagement">
            <xsd:complexType>
              <xsd:all>
                <xsd:element ref="ns2:g91b68ba74af4c7b983d18b6ea194a39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bbec5-b5d2-4817-b31a-e56cf9689349" elementFormDefault="qualified">
    <xsd:import namespace="http://schemas.microsoft.com/office/2006/documentManagement/types"/>
    <xsd:import namespace="http://schemas.microsoft.com/office/infopath/2007/PartnerControls"/>
    <xsd:element name="g91b68ba74af4c7b983d18b6ea194a39" ma:index="8" nillable="true" ma:taxonomy="true" ma:internalName="g91b68ba74af4c7b983d18b6ea194a39" ma:taxonomyFieldName="RCPITags" ma:displayName="RCPITags" ma:default="" ma:fieldId="{091b68ba-74af-4c7b-983d-18b6ea194a39}" ma:sspId="4072833a-2362-46d2-ac3f-3941ef26165a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6ce1868-fc46-45bc-9346-2acb2ee913c9}" ma:internalName="TaxCatchAll" ma:showField="CatchAllData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6ce1868-fc46-45bc-9346-2acb2ee913c9}" ma:internalName="TaxCatchAllLabel" ma:readOnly="true" ma:showField="CatchAllDataLabel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85260-356a-4f99-88cc-936cb4cb8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072833a-2362-46d2-ac3f-3941ef2616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ign-off status" ma:internalName="Sign_x002d_off_x0020_status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2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629276-5B18-41CF-8C69-4C941185745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54CA12-5166-4609-8A53-2BCCA5AC119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5185260-356a-4f99-88cc-936cb4cb807e"/>
    <ds:schemaRef ds:uri="503bbec5-b5d2-4817-b31a-e56cf9689349"/>
  </ds:schemaRefs>
</ds:datastoreItem>
</file>

<file path=customXml/itemProps3.xml><?xml version="1.0" encoding="utf-8"?>
<ds:datastoreItem xmlns:ds="http://schemas.openxmlformats.org/officeDocument/2006/customXml" ds:itemID="{543A3496-D8FD-443B-A9F2-B95F5E1D47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03bbec5-b5d2-4817-b31a-e56cf9689349"/>
    <ds:schemaRef ds:uri="15185260-356a-4f99-88cc-936cb4cb80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96B19CF-EFB8-4F89-85DA-6B718D02C5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15</Pages>
  <Words>1994</Words>
  <Characters>11370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13338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Shivana Chandra</cp:lastModifiedBy>
  <cp:revision>6</cp:revision>
  <dcterms:created xsi:type="dcterms:W3CDTF">2026-08-21T11:24:00Z</dcterms:created>
  <dcterms:modified xsi:type="dcterms:W3CDTF">2026-10-07T10:55:00Z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bdc5c2-1ff9-4d01-9834-f86cda611682_Enabled">
    <vt:lpwstr>true</vt:lpwstr>
  </property>
  <property fmtid="{D5CDD505-2E9C-101B-9397-08002B2CF9AE}" pid="3" name="MSIP_Label_2ebdc5c2-1ff9-4d01-9834-f86cda611682_SetDate">
    <vt:lpwstr>2026-06-18T07:56:58Z</vt:lpwstr>
  </property>
  <property fmtid="{D5CDD505-2E9C-101B-9397-08002B2CF9AE}" pid="4" name="MSIP_Label_2ebdc5c2-1ff9-4d01-9834-f86cda611682_Method">
    <vt:lpwstr>Standard</vt:lpwstr>
  </property>
  <property fmtid="{D5CDD505-2E9C-101B-9397-08002B2CF9AE}" pid="5" name="MSIP_Label_2ebdc5c2-1ff9-4d01-9834-f86cda611682_Name">
    <vt:lpwstr>defa4170-0d19-0005-0004-bc88714345d2</vt:lpwstr>
  </property>
  <property fmtid="{D5CDD505-2E9C-101B-9397-08002B2CF9AE}" pid="6" name="MSIP_Label_2ebdc5c2-1ff9-4d01-9834-f86cda611682_SiteId">
    <vt:lpwstr>4bdbc99f-14d5-40ac-8220-5a85d6b6fe7d</vt:lpwstr>
  </property>
  <property fmtid="{D5CDD505-2E9C-101B-9397-08002B2CF9AE}" pid="7" name="MSIP_Label_2ebdc5c2-1ff9-4d01-9834-f86cda611682_ActionId">
    <vt:lpwstr>d6e18b85-d433-40c6-abd2-67d3e09077c0</vt:lpwstr>
  </property>
  <property fmtid="{D5CDD505-2E9C-101B-9397-08002B2CF9AE}" pid="8" name="MSIP_Label_2ebdc5c2-1ff9-4d01-9834-f86cda611682_ContentBits">
    <vt:lpwstr>0</vt:lpwstr>
  </property>
  <property fmtid="{D5CDD505-2E9C-101B-9397-08002B2CF9AE}" pid="9" name="MSIP_Label_2ebdc5c2-1ff9-4d01-9834-f86cda611682_Tag">
    <vt:lpwstr>10, 3, 0, 1</vt:lpwstr>
  </property>
  <property fmtid="{D5CDD505-2E9C-101B-9397-08002B2CF9AE}" pid="10" name="ContentTypeId">
    <vt:lpwstr>0x010100E71D276AF3F30A40B0518270157AC0D12600A5CCBD870995834399D357334277DA3A</vt:lpwstr>
  </property>
  <property fmtid="{D5CDD505-2E9C-101B-9397-08002B2CF9AE}" pid="11" name="MediaServiceImageTags">
    <vt:lpwstr/>
  </property>
  <property fmtid="{D5CDD505-2E9C-101B-9397-08002B2CF9AE}" pid="12" name="RCPITags">
    <vt:lpwstr>31;#Training|d40a543f-cf93-4dd2-8e77-c73395edc57f</vt:lpwstr>
  </property>
</Properties>
</file>